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6" w:type="dxa"/>
        <w:tblLayout w:type="fixed"/>
        <w:tblLook w:val="04A0" w:firstRow="1" w:lastRow="0" w:firstColumn="1" w:lastColumn="0" w:noHBand="0" w:noVBand="1"/>
      </w:tblPr>
      <w:tblGrid>
        <w:gridCol w:w="4536"/>
        <w:gridCol w:w="4820"/>
      </w:tblGrid>
      <w:tr w:rsidR="003D73AA" w14:paraId="297DB5A9" w14:textId="77777777" w:rsidTr="00FF3E39">
        <w:tc>
          <w:tcPr>
            <w:tcW w:w="4536" w:type="dxa"/>
          </w:tcPr>
          <w:p w14:paraId="6B20F645" w14:textId="15EEAA8B" w:rsidR="003D73AA" w:rsidRDefault="00955592">
            <w:r>
              <w:rPr>
                <w:noProof/>
              </w:rPr>
              <w:drawing>
                <wp:inline distT="0" distB="0" distL="0" distR="0" wp14:anchorId="00116181" wp14:editId="35D63E86">
                  <wp:extent cx="1333500" cy="381000"/>
                  <wp:effectExtent l="0" t="0" r="0" b="0"/>
                  <wp:docPr id="153876454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3CC72CF" w14:textId="5A315B10" w:rsidR="00FF3E39" w:rsidRPr="00FF3E39" w:rsidRDefault="00FF3E39" w:rsidP="00FF3E39">
            <w:pPr>
              <w:spacing w:before="80" w:after="0"/>
              <w:rPr>
                <w:b/>
                <w:sz w:val="32"/>
                <w:szCs w:val="32"/>
              </w:rPr>
            </w:pPr>
            <w:r w:rsidRPr="00FF3E39">
              <w:rPr>
                <w:b/>
                <w:sz w:val="32"/>
                <w:szCs w:val="32"/>
              </w:rPr>
              <w:t xml:space="preserve">Phone: </w:t>
            </w:r>
            <w:r w:rsidR="000F727D" w:rsidRPr="000F727D">
              <w:rPr>
                <w:b/>
                <w:sz w:val="32"/>
                <w:szCs w:val="32"/>
              </w:rPr>
              <w:t>0800 561 0088</w:t>
            </w:r>
          </w:p>
          <w:p w14:paraId="1A1549CE" w14:textId="77777777" w:rsidR="000F727D" w:rsidRPr="000F727D" w:rsidRDefault="00FF3E39" w:rsidP="000F727D">
            <w:pPr>
              <w:spacing w:after="0" w:line="240" w:lineRule="auto"/>
              <w:rPr>
                <w:b/>
                <w:bCs/>
                <w:sz w:val="32"/>
                <w:szCs w:val="32"/>
              </w:rPr>
            </w:pPr>
            <w:r w:rsidRPr="00FF3E39">
              <w:rPr>
                <w:b/>
                <w:bCs/>
                <w:sz w:val="32"/>
                <w:szCs w:val="32"/>
              </w:rPr>
              <w:t xml:space="preserve">Address: </w:t>
            </w:r>
            <w:r w:rsidR="000F727D" w:rsidRPr="000F727D">
              <w:rPr>
                <w:b/>
                <w:bCs/>
                <w:sz w:val="32"/>
                <w:szCs w:val="32"/>
              </w:rPr>
              <w:t>Wheatley Homes East</w:t>
            </w:r>
          </w:p>
          <w:p w14:paraId="3DBD31D6" w14:textId="77777777" w:rsidR="000F727D" w:rsidRPr="000F727D" w:rsidRDefault="000F727D" w:rsidP="000F727D">
            <w:pPr>
              <w:spacing w:after="0" w:line="240" w:lineRule="auto"/>
              <w:rPr>
                <w:b/>
                <w:bCs/>
                <w:sz w:val="32"/>
                <w:szCs w:val="32"/>
              </w:rPr>
            </w:pPr>
            <w:r w:rsidRPr="000F727D">
              <w:rPr>
                <w:b/>
                <w:bCs/>
                <w:sz w:val="32"/>
                <w:szCs w:val="32"/>
              </w:rPr>
              <w:t>8 New Mart Road</w:t>
            </w:r>
          </w:p>
          <w:p w14:paraId="6A949C17" w14:textId="45CE109C" w:rsidR="00FF3E39" w:rsidRPr="00FF3E39" w:rsidRDefault="000F727D" w:rsidP="000F727D">
            <w:pPr>
              <w:spacing w:after="0" w:line="240" w:lineRule="auto"/>
              <w:rPr>
                <w:b/>
                <w:bCs/>
              </w:rPr>
            </w:pPr>
            <w:r w:rsidRPr="000F727D">
              <w:rPr>
                <w:b/>
                <w:bCs/>
                <w:sz w:val="32"/>
                <w:szCs w:val="32"/>
              </w:rPr>
              <w:t>Edinburgh, EH14 1RL</w:t>
            </w:r>
          </w:p>
        </w:tc>
        <w:tc>
          <w:tcPr>
            <w:tcW w:w="4820" w:type="dxa"/>
          </w:tcPr>
          <w:p w14:paraId="62351544" w14:textId="3D3D210A" w:rsidR="003D73AA" w:rsidRDefault="003D73AA">
            <w:pPr>
              <w:jc w:val="right"/>
            </w:pPr>
          </w:p>
        </w:tc>
      </w:tr>
    </w:tbl>
    <w:p w14:paraId="56AED3B5" w14:textId="77777777" w:rsidR="003D73AA" w:rsidRDefault="003D73AA">
      <w:pPr>
        <w:spacing w:after="280" w:line="20" w:lineRule="exact"/>
      </w:pPr>
    </w:p>
    <w:p w14:paraId="0BFCB341" w14:textId="77777777" w:rsidR="003D73AA" w:rsidRDefault="003C0612">
      <w:pPr>
        <w:pBdr>
          <w:left w:val="single" w:sz="48" w:space="9" w:color="572932"/>
        </w:pBdr>
        <w:spacing w:after="80"/>
        <w:ind w:left="200"/>
      </w:pPr>
      <w:r>
        <w:rPr>
          <w:rFonts w:ascii="Lexend Deca" w:hAnsi="Lexend Deca"/>
          <w:b/>
          <w:color w:val="572932"/>
          <w:sz w:val="56"/>
        </w:rPr>
        <w:t>How to tell us something is wrong</w:t>
      </w:r>
    </w:p>
    <w:p w14:paraId="787578AF" w14:textId="20E3F675" w:rsidR="003D73AA" w:rsidRPr="00204D39" w:rsidRDefault="00CB7C0C">
      <w:pPr>
        <w:pBdr>
          <w:left w:val="single" w:sz="48" w:space="9" w:color="572932"/>
        </w:pBdr>
        <w:spacing w:before="40" w:after="120"/>
        <w:ind w:left="200"/>
        <w:rPr>
          <w:sz w:val="18"/>
          <w:szCs w:val="18"/>
        </w:rPr>
      </w:pPr>
      <w:r w:rsidRPr="00204D39">
        <w:rPr>
          <w:rFonts w:ascii="Lexend Deca" w:hAnsi="Lexend Deca"/>
          <w:b/>
          <w:color w:val="572932"/>
          <w:sz w:val="36"/>
          <w:szCs w:val="18"/>
        </w:rPr>
        <w:t>A Simple Guide for Children and Young People</w:t>
      </w:r>
    </w:p>
    <w:p w14:paraId="4DA3DAFE" w14:textId="67BDC8BF" w:rsidR="003D73AA" w:rsidRDefault="003D73AA">
      <w:pPr>
        <w:spacing w:after="280" w:line="20" w:lineRule="exact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66B9BDF4" w14:textId="77777777">
        <w:tc>
          <w:tcPr>
            <w:tcW w:w="4820" w:type="dxa"/>
          </w:tcPr>
          <w:p w14:paraId="22152136" w14:textId="77777777" w:rsidR="003D73AA" w:rsidRDefault="003D73AA"/>
          <w:p w14:paraId="1FA7CD6A" w14:textId="6BBEAE7F" w:rsidR="003D73AA" w:rsidRDefault="003D73AA"/>
        </w:tc>
        <w:tc>
          <w:tcPr>
            <w:tcW w:w="4820" w:type="dxa"/>
          </w:tcPr>
          <w:p w14:paraId="03802936" w14:textId="2581FA1F" w:rsidR="003D73AA" w:rsidRDefault="003D73AA">
            <w:pPr>
              <w:jc w:val="right"/>
            </w:pPr>
          </w:p>
        </w:tc>
      </w:tr>
    </w:tbl>
    <w:p w14:paraId="66F3EC2C" w14:textId="76CB2F16" w:rsidR="003D73AA" w:rsidRDefault="00204D39">
      <w:r>
        <w:rPr>
          <w:noProof/>
        </w:rPr>
        <w:drawing>
          <wp:anchor distT="0" distB="0" distL="114300" distR="114300" simplePos="0" relativeHeight="251657216" behindDoc="1" locked="0" layoutInCell="1" allowOverlap="1" wp14:anchorId="600D70ED" wp14:editId="6BDA47D1">
            <wp:simplePos x="0" y="0"/>
            <wp:positionH relativeFrom="margin">
              <wp:align>right</wp:align>
            </wp:positionH>
            <wp:positionV relativeFrom="paragraph">
              <wp:posOffset>93345</wp:posOffset>
            </wp:positionV>
            <wp:extent cx="4319905" cy="4319905"/>
            <wp:effectExtent l="0" t="0" r="4445" b="4445"/>
            <wp:wrapNone/>
            <wp:docPr id="3" name="Picture 3" descr="Illustration: How to tell us something is wro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33FD">
        <w:br w:type="page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641"/>
      </w:tblGrid>
      <w:tr w:rsidR="003D73AA" w14:paraId="55328D42" w14:textId="77777777">
        <w:tc>
          <w:tcPr>
            <w:tcW w:w="9641" w:type="dxa"/>
            <w:tcBorders>
              <w:left w:val="single" w:sz="40" w:space="0" w:color="572932"/>
            </w:tcBorders>
            <w:shd w:val="clear" w:color="auto" w:fill="F7F4F5"/>
            <w:tcMar>
              <w:top w:w="80" w:type="dxa"/>
              <w:left w:w="280" w:type="dxa"/>
              <w:bottom w:w="80" w:type="dxa"/>
              <w:right w:w="160" w:type="dxa"/>
            </w:tcMar>
          </w:tcPr>
          <w:p w14:paraId="36B83E15" w14:textId="1ADDF91B" w:rsidR="003D73AA" w:rsidRDefault="003C0612">
            <w:pPr>
              <w:pStyle w:val="SectionHeading"/>
              <w:spacing w:before="0" w:after="0"/>
            </w:pPr>
            <w:bookmarkStart w:id="0" w:name="what_is_a_complaint_1000"/>
            <w:r>
              <w:lastRenderedPageBreak/>
              <w:t>What is a complaint</w:t>
            </w:r>
            <w:bookmarkEnd w:id="0"/>
            <w:r w:rsidR="002D33FD">
              <w:t>?</w:t>
            </w:r>
          </w:p>
        </w:tc>
      </w:tr>
    </w:tbl>
    <w:p w14:paraId="0F6210D2" w14:textId="77777777" w:rsidR="003D73AA" w:rsidRDefault="003D73AA">
      <w:pPr>
        <w:keepNext/>
        <w:spacing w:after="14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5E9E0C0A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402BF4B9" w14:textId="77777777" w:rsidR="003D73AA" w:rsidRDefault="003C0612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11CC5527" wp14:editId="66EB7FE6">
                  <wp:extent cx="2157984" cy="2157984"/>
                  <wp:effectExtent l="0" t="0" r="0" b="0"/>
                  <wp:docPr id="17" name="Picture 1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71582C07" w14:textId="77777777" w:rsidR="003D73AA" w:rsidRDefault="003C0612">
            <w:pPr>
              <w:pStyle w:val="EasyReadBody"/>
            </w:pPr>
            <w:r>
              <w:t xml:space="preserve">A </w:t>
            </w:r>
            <w:r w:rsidRPr="00B170C6">
              <w:rPr>
                <w:bCs/>
              </w:rPr>
              <w:t>complaint</w:t>
            </w:r>
            <w:r>
              <w:t xml:space="preserve"> is when you tell us something is wrong and you are not happy.</w:t>
            </w:r>
          </w:p>
        </w:tc>
      </w:tr>
    </w:tbl>
    <w:p w14:paraId="7040D371" w14:textId="77777777" w:rsidR="003D73AA" w:rsidRDefault="003D73AA">
      <w:pPr>
        <w:keepNext/>
        <w:spacing w:after="30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7B355FCF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01FC80E7" w14:textId="77777777" w:rsidR="003D73AA" w:rsidRDefault="003C0612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73968660" wp14:editId="70ADF953">
                  <wp:extent cx="2157984" cy="2157984"/>
                  <wp:effectExtent l="0" t="0" r="0" b="0"/>
                  <wp:docPr id="18" name="Picture 1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4EE9D24B" w14:textId="77777777" w:rsidR="003D73AA" w:rsidRDefault="003C0612">
            <w:pPr>
              <w:pStyle w:val="EasyReadBody"/>
            </w:pPr>
            <w:r>
              <w:t>It can be about something we have done, not done, or something we said.</w:t>
            </w:r>
          </w:p>
        </w:tc>
      </w:tr>
    </w:tbl>
    <w:p w14:paraId="49A993DE" w14:textId="77777777" w:rsidR="003D73AA" w:rsidRDefault="003D73AA">
      <w:pPr>
        <w:keepNext/>
        <w:spacing w:after="30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728E4CA2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099A754E" w14:textId="77777777" w:rsidR="003D73AA" w:rsidRDefault="003C0612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5D42C715" wp14:editId="65DC5A0D">
                  <wp:extent cx="2157984" cy="2157984"/>
                  <wp:effectExtent l="0" t="0" r="0" b="0"/>
                  <wp:docPr id="19" name="Picture 1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0592FA05" w14:textId="77777777" w:rsidR="003D73AA" w:rsidRDefault="003C0612">
            <w:pPr>
              <w:pStyle w:val="EasyReadBody"/>
            </w:pPr>
            <w:r>
              <w:t>We want to listen, help put things right, and do better next time.</w:t>
            </w:r>
          </w:p>
        </w:tc>
      </w:tr>
    </w:tbl>
    <w:p w14:paraId="581ED33E" w14:textId="77777777" w:rsidR="003D73AA" w:rsidRDefault="003D73AA">
      <w:pPr>
        <w:spacing w:after="454" w:line="20" w:lineRule="exact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641"/>
      </w:tblGrid>
      <w:tr w:rsidR="003D73AA" w14:paraId="1D1EE1F0" w14:textId="77777777">
        <w:tc>
          <w:tcPr>
            <w:tcW w:w="9641" w:type="dxa"/>
            <w:tcBorders>
              <w:left w:val="single" w:sz="40" w:space="0" w:color="572932"/>
            </w:tcBorders>
            <w:shd w:val="clear" w:color="auto" w:fill="F7F4F5"/>
            <w:tcMar>
              <w:top w:w="80" w:type="dxa"/>
              <w:left w:w="280" w:type="dxa"/>
              <w:bottom w:w="80" w:type="dxa"/>
              <w:right w:w="160" w:type="dxa"/>
            </w:tcMar>
          </w:tcPr>
          <w:p w14:paraId="319ADD0C" w14:textId="77777777" w:rsidR="003D73AA" w:rsidRDefault="003C0612">
            <w:pPr>
              <w:pStyle w:val="SectionHeading"/>
              <w:spacing w:before="0" w:after="0"/>
            </w:pPr>
            <w:bookmarkStart w:id="1" w:name="children_can_make_complaints_1001"/>
            <w:r>
              <w:lastRenderedPageBreak/>
              <w:t>Children can make complaints</w:t>
            </w:r>
            <w:bookmarkEnd w:id="1"/>
          </w:p>
        </w:tc>
      </w:tr>
    </w:tbl>
    <w:p w14:paraId="44CE8017" w14:textId="77777777" w:rsidR="003D73AA" w:rsidRDefault="003D73AA">
      <w:pPr>
        <w:keepNext/>
        <w:spacing w:after="14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0B7E3407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4114CC45" w14:textId="693C7BF9" w:rsidR="003D73AA" w:rsidRDefault="0014499A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506D00BF" wp14:editId="00C27628">
                  <wp:extent cx="2157984" cy="2157984"/>
                  <wp:effectExtent l="0" t="0" r="0" b="0"/>
                  <wp:docPr id="21" name="Picture 2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0597FA44" w14:textId="77777777" w:rsidR="003D73AA" w:rsidRDefault="003C0612">
            <w:pPr>
              <w:pStyle w:val="EasyReadBody"/>
            </w:pPr>
            <w:r>
              <w:t>Children and young people can complain.</w:t>
            </w:r>
          </w:p>
          <w:p w14:paraId="55ED4BB5" w14:textId="3268B654" w:rsidR="0014499A" w:rsidRDefault="0014499A">
            <w:pPr>
              <w:pStyle w:val="EasyReadBody"/>
            </w:pPr>
            <w:r>
              <w:t>You can ask someone you trust to help you.</w:t>
            </w:r>
          </w:p>
        </w:tc>
      </w:tr>
    </w:tbl>
    <w:p w14:paraId="01BAE84E" w14:textId="77777777" w:rsidR="003D73AA" w:rsidRDefault="003D73AA">
      <w:pPr>
        <w:spacing w:after="30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7582C8CB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7A6EAF8E" w14:textId="77777777" w:rsidR="003D73AA" w:rsidRDefault="003C0612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59A362A3" wp14:editId="6C0BEE17">
                  <wp:extent cx="2157984" cy="2157984"/>
                  <wp:effectExtent l="0" t="0" r="0" b="0"/>
                  <wp:docPr id="22" name="Picture 2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0351D5C6" w14:textId="77777777" w:rsidR="003D73AA" w:rsidRDefault="003C0612">
            <w:pPr>
              <w:pStyle w:val="EasyReadBody"/>
            </w:pPr>
            <w:r>
              <w:t>This could be a parent, carer, family member, friend, teacher, or support worker.</w:t>
            </w:r>
          </w:p>
        </w:tc>
      </w:tr>
    </w:tbl>
    <w:p w14:paraId="355E18F9" w14:textId="77777777" w:rsidR="003D73AA" w:rsidRDefault="003D73AA">
      <w:pPr>
        <w:spacing w:after="30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3F92DB42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75F0D15C" w14:textId="77777777" w:rsidR="003D73AA" w:rsidRDefault="003C0612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20B9D142" wp14:editId="139D8FD8">
                  <wp:extent cx="2157984" cy="2157984"/>
                  <wp:effectExtent l="0" t="0" r="0" b="0"/>
                  <wp:docPr id="23" name="Picture 2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329CAC83" w14:textId="77777777" w:rsidR="003D73AA" w:rsidRDefault="003C0612">
            <w:pPr>
              <w:pStyle w:val="EasyReadBody"/>
            </w:pPr>
            <w:r>
              <w:t>We will listen to you and take what you say seriously.</w:t>
            </w:r>
          </w:p>
        </w:tc>
      </w:tr>
    </w:tbl>
    <w:p w14:paraId="7FF23941" w14:textId="77777777" w:rsidR="003D73AA" w:rsidRDefault="003D73AA">
      <w:pPr>
        <w:spacing w:after="454" w:line="20" w:lineRule="exact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641"/>
      </w:tblGrid>
      <w:tr w:rsidR="003D73AA" w14:paraId="24EE3496" w14:textId="77777777">
        <w:tc>
          <w:tcPr>
            <w:tcW w:w="9641" w:type="dxa"/>
            <w:tcBorders>
              <w:left w:val="single" w:sz="40" w:space="0" w:color="572932"/>
            </w:tcBorders>
            <w:shd w:val="clear" w:color="auto" w:fill="F7F4F5"/>
            <w:tcMar>
              <w:top w:w="80" w:type="dxa"/>
              <w:left w:w="280" w:type="dxa"/>
              <w:bottom w:w="80" w:type="dxa"/>
              <w:right w:w="160" w:type="dxa"/>
            </w:tcMar>
          </w:tcPr>
          <w:p w14:paraId="0A8B815B" w14:textId="77777777" w:rsidR="003D73AA" w:rsidRDefault="003C0612">
            <w:pPr>
              <w:pStyle w:val="SectionHeading"/>
              <w:spacing w:before="0" w:after="0"/>
            </w:pPr>
            <w:bookmarkStart w:id="2" w:name="what_you_can_tell_us_about_1002"/>
            <w:r>
              <w:lastRenderedPageBreak/>
              <w:t>What you can tell us about</w:t>
            </w:r>
            <w:bookmarkEnd w:id="2"/>
          </w:p>
        </w:tc>
      </w:tr>
    </w:tbl>
    <w:p w14:paraId="61641EA1" w14:textId="77777777" w:rsidR="003D73AA" w:rsidRDefault="003D73AA">
      <w:pPr>
        <w:keepNext/>
        <w:spacing w:after="14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07F447B7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58F7F2E9" w14:textId="77777777" w:rsidR="003D73AA" w:rsidRDefault="003C0612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1EA41428" wp14:editId="17A60F56">
                  <wp:extent cx="2157984" cy="2157984"/>
                  <wp:effectExtent l="0" t="0" r="0" b="0"/>
                  <wp:docPr id="24" name="Picture 2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581D7701" w14:textId="77777777" w:rsidR="003D73AA" w:rsidRDefault="003C0612">
            <w:pPr>
              <w:pStyle w:val="EasyReadBody"/>
            </w:pPr>
            <w:r>
              <w:t>You can complain if</w:t>
            </w:r>
            <w:r w:rsidR="00305F25">
              <w:t>:</w:t>
            </w:r>
          </w:p>
          <w:p w14:paraId="3B2EA81E" w14:textId="30C3CA21" w:rsidR="00305F25" w:rsidRDefault="00305F25" w:rsidP="00305F25">
            <w:pPr>
              <w:pStyle w:val="EasyReadBody"/>
              <w:numPr>
                <w:ilvl w:val="0"/>
                <w:numId w:val="10"/>
              </w:numPr>
            </w:pPr>
            <w:r>
              <w:t>We did not do a repair in your home properly.</w:t>
            </w:r>
          </w:p>
        </w:tc>
      </w:tr>
    </w:tbl>
    <w:p w14:paraId="416FEF87" w14:textId="77777777" w:rsidR="003D73AA" w:rsidRDefault="003D73AA">
      <w:pPr>
        <w:spacing w:after="30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7A0A56E7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7E44E2C9" w14:textId="77777777" w:rsidR="003D73AA" w:rsidRDefault="003C0612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58A710AF" wp14:editId="1C37FD7E">
                  <wp:extent cx="2157984" cy="2157984"/>
                  <wp:effectExtent l="0" t="0" r="0" b="0"/>
                  <wp:docPr id="25" name="Picture 2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33BD2392" w14:textId="7280FC3A" w:rsidR="003D73AA" w:rsidRDefault="00305F25" w:rsidP="00305F25">
            <w:pPr>
              <w:pStyle w:val="EasyReadBody"/>
              <w:numPr>
                <w:ilvl w:val="0"/>
                <w:numId w:val="10"/>
              </w:numPr>
            </w:pPr>
            <w:r>
              <w:t>You have been waiting a long time for help.</w:t>
            </w:r>
          </w:p>
        </w:tc>
      </w:tr>
    </w:tbl>
    <w:p w14:paraId="79B4C4F7" w14:textId="77777777" w:rsidR="003D73AA" w:rsidRDefault="003D73AA">
      <w:pPr>
        <w:spacing w:after="30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45ADA534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26F52B0C" w14:textId="77777777" w:rsidR="003D73AA" w:rsidRDefault="003C0612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2B047E2D" wp14:editId="66694F0D">
                  <wp:extent cx="2157984" cy="2157984"/>
                  <wp:effectExtent l="0" t="0" r="0" b="0"/>
                  <wp:docPr id="26" name="Picture 2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268133D1" w14:textId="0AF28B1F" w:rsidR="003D73AA" w:rsidRDefault="00305F25" w:rsidP="00305F25">
            <w:pPr>
              <w:pStyle w:val="EasyReadBody"/>
              <w:numPr>
                <w:ilvl w:val="0"/>
                <w:numId w:val="10"/>
              </w:numPr>
            </w:pPr>
            <w:r>
              <w:t>Someone gave you information that was confusing.</w:t>
            </w:r>
          </w:p>
        </w:tc>
      </w:tr>
    </w:tbl>
    <w:p w14:paraId="31A79249" w14:textId="77777777" w:rsidR="003D73AA" w:rsidRDefault="003D73AA">
      <w:pPr>
        <w:spacing w:after="30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50D7D6ED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04A3BE8F" w14:textId="77777777" w:rsidR="003D73AA" w:rsidRDefault="003C0612">
            <w:pPr>
              <w:spacing w:after="0"/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710A833B" wp14:editId="3B5962A6">
                  <wp:extent cx="2157984" cy="2157984"/>
                  <wp:effectExtent l="0" t="0" r="0" b="0"/>
                  <wp:docPr id="27" name="Picture 2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18D224BB" w14:textId="0143F539" w:rsidR="003D73AA" w:rsidRDefault="00305F25" w:rsidP="00305F25">
            <w:pPr>
              <w:pStyle w:val="EasyReadBody"/>
              <w:numPr>
                <w:ilvl w:val="0"/>
                <w:numId w:val="10"/>
              </w:numPr>
            </w:pPr>
            <w:r>
              <w:t>You feel that someone did not treat you fairly.</w:t>
            </w:r>
          </w:p>
        </w:tc>
      </w:tr>
    </w:tbl>
    <w:p w14:paraId="035D1665" w14:textId="77777777" w:rsidR="003D73AA" w:rsidRDefault="003D73AA">
      <w:pPr>
        <w:spacing w:after="300" w:line="20" w:lineRule="exact"/>
      </w:pPr>
    </w:p>
    <w:p w14:paraId="61176C54" w14:textId="77777777" w:rsidR="003D73AA" w:rsidRDefault="003D73AA">
      <w:pPr>
        <w:spacing w:after="30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7FF0F5AC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5AA3BB30" w14:textId="77777777" w:rsidR="003D73AA" w:rsidRDefault="003C0612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10490663" wp14:editId="5C86ABAD">
                  <wp:extent cx="2157984" cy="2157984"/>
                  <wp:effectExtent l="0" t="0" r="0" b="0"/>
                  <wp:docPr id="29" name="Picture 2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5651171F" w14:textId="7301E6D9" w:rsidR="003D73AA" w:rsidRDefault="00305F25" w:rsidP="00305F25">
            <w:pPr>
              <w:pStyle w:val="EasyReadBody"/>
              <w:numPr>
                <w:ilvl w:val="0"/>
                <w:numId w:val="10"/>
              </w:numPr>
            </w:pPr>
            <w:r>
              <w:t>You are unhappy with something a member of staff did.</w:t>
            </w:r>
          </w:p>
        </w:tc>
      </w:tr>
    </w:tbl>
    <w:p w14:paraId="5A0DB986" w14:textId="77777777" w:rsidR="003D73AA" w:rsidRDefault="003D73AA">
      <w:pPr>
        <w:spacing w:after="30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1FB93F80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5B933533" w14:textId="77777777" w:rsidR="003D73AA" w:rsidRDefault="003C0612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3574F007" wp14:editId="622910C3">
                  <wp:extent cx="2157984" cy="2157984"/>
                  <wp:effectExtent l="0" t="0" r="0" b="0"/>
                  <wp:docPr id="30" name="Picture 3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396CD878" w14:textId="52EAFD3A" w:rsidR="003D73AA" w:rsidRDefault="00AE034E" w:rsidP="00AE034E">
            <w:pPr>
              <w:pStyle w:val="EasyReadBody"/>
              <w:numPr>
                <w:ilvl w:val="0"/>
                <w:numId w:val="10"/>
              </w:numPr>
            </w:pPr>
            <w:r>
              <w:t>You are unhappy with a service that we provide.</w:t>
            </w:r>
          </w:p>
        </w:tc>
      </w:tr>
    </w:tbl>
    <w:p w14:paraId="20C5C50E" w14:textId="77777777" w:rsidR="003D73AA" w:rsidRDefault="003D73AA">
      <w:pPr>
        <w:spacing w:after="454" w:line="20" w:lineRule="exact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641"/>
      </w:tblGrid>
      <w:tr w:rsidR="003D73AA" w14:paraId="5A55310D" w14:textId="77777777">
        <w:tc>
          <w:tcPr>
            <w:tcW w:w="9641" w:type="dxa"/>
            <w:tcBorders>
              <w:left w:val="single" w:sz="40" w:space="0" w:color="572932"/>
            </w:tcBorders>
            <w:shd w:val="clear" w:color="auto" w:fill="F7F4F5"/>
            <w:tcMar>
              <w:top w:w="80" w:type="dxa"/>
              <w:left w:w="280" w:type="dxa"/>
              <w:bottom w:w="80" w:type="dxa"/>
              <w:right w:w="160" w:type="dxa"/>
            </w:tcMar>
          </w:tcPr>
          <w:p w14:paraId="5E255C5C" w14:textId="77777777" w:rsidR="003D73AA" w:rsidRDefault="003C0612">
            <w:pPr>
              <w:pStyle w:val="SectionHeading"/>
              <w:spacing w:before="0" w:after="0"/>
            </w:pPr>
            <w:bookmarkStart w:id="3" w:name="some_things_are_not_complaints_1003"/>
            <w:r>
              <w:lastRenderedPageBreak/>
              <w:t>Some things are not complaints</w:t>
            </w:r>
            <w:bookmarkEnd w:id="3"/>
          </w:p>
        </w:tc>
      </w:tr>
    </w:tbl>
    <w:p w14:paraId="1147B4B0" w14:textId="77777777" w:rsidR="003D73AA" w:rsidRDefault="003D73AA">
      <w:pPr>
        <w:keepNext/>
        <w:spacing w:after="14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182524D1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06EB8C2C" w14:textId="77777777" w:rsidR="003D73AA" w:rsidRDefault="003C0612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5C74E8F9" wp14:editId="0C1A7406">
                  <wp:extent cx="2157984" cy="2157984"/>
                  <wp:effectExtent l="0" t="0" r="0" b="0"/>
                  <wp:docPr id="31" name="Picture 3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1BD3F806" w14:textId="54B0374D" w:rsidR="003D73AA" w:rsidRDefault="003C0612">
            <w:pPr>
              <w:pStyle w:val="EasyReadBody"/>
            </w:pPr>
            <w:r>
              <w:t xml:space="preserve">Some </w:t>
            </w:r>
            <w:r w:rsidR="00305F25">
              <w:t xml:space="preserve">things are </w:t>
            </w:r>
            <w:r w:rsidR="00AE034E">
              <w:t>dealt with differently</w:t>
            </w:r>
            <w:r w:rsidR="00305F25">
              <w:t>.</w:t>
            </w:r>
          </w:p>
          <w:p w14:paraId="156D2B5C" w14:textId="4E39C2D6" w:rsidR="00692F66" w:rsidRDefault="00FF3E39">
            <w:pPr>
              <w:pStyle w:val="EasyReadBody"/>
            </w:pPr>
            <w:r w:rsidRPr="00FF3E39">
              <w:t>If your problem is not a complaint, we will explain what happens next and who can help.</w:t>
            </w:r>
          </w:p>
        </w:tc>
      </w:tr>
    </w:tbl>
    <w:p w14:paraId="640228D6" w14:textId="77777777" w:rsidR="003D73AA" w:rsidRDefault="003D73AA">
      <w:pPr>
        <w:spacing w:after="30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595DBC61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41E57B73" w14:textId="77777777" w:rsidR="003D73AA" w:rsidRDefault="003C0612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6DE1BC4E" wp14:editId="0801EA09">
                  <wp:extent cx="2157984" cy="2157984"/>
                  <wp:effectExtent l="0" t="0" r="0" b="0"/>
                  <wp:docPr id="32" name="Picture 3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1BBDBF39" w14:textId="77777777" w:rsidR="003D73AA" w:rsidRDefault="003C0612">
            <w:pPr>
              <w:pStyle w:val="EasyReadBody"/>
            </w:pPr>
            <w:r>
              <w:t>This includes asking us to do something for the first time.</w:t>
            </w:r>
          </w:p>
        </w:tc>
      </w:tr>
    </w:tbl>
    <w:p w14:paraId="7C10CACC" w14:textId="77777777" w:rsidR="003D73AA" w:rsidRDefault="003D73AA">
      <w:pPr>
        <w:spacing w:after="30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4D103204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2B40F417" w14:textId="77777777" w:rsidR="003D73AA" w:rsidRDefault="003C0612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4C7C0BBF" wp14:editId="4DDB8C3B">
                  <wp:extent cx="2157984" cy="2157984"/>
                  <wp:effectExtent l="0" t="0" r="0" b="0"/>
                  <wp:docPr id="33" name="Picture 3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75E0D31F" w14:textId="01EAAE28" w:rsidR="003D73AA" w:rsidRDefault="003C0612">
            <w:pPr>
              <w:pStyle w:val="EasyReadBody"/>
            </w:pPr>
            <w:r>
              <w:t>It also includes asking</w:t>
            </w:r>
            <w:r w:rsidR="00305F25">
              <w:t xml:space="preserve"> to see information we have about you.</w:t>
            </w:r>
          </w:p>
        </w:tc>
      </w:tr>
    </w:tbl>
    <w:p w14:paraId="015B90B5" w14:textId="77777777" w:rsidR="003D73AA" w:rsidRDefault="003D73AA">
      <w:pPr>
        <w:spacing w:after="30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6E964F80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30CB2DA5" w14:textId="77777777" w:rsidR="003D73AA" w:rsidRDefault="003C0612">
            <w:pPr>
              <w:spacing w:after="0"/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7A9F9835" wp14:editId="579F3538">
                  <wp:extent cx="2157984" cy="2157984"/>
                  <wp:effectExtent l="0" t="0" r="0" b="0"/>
                  <wp:docPr id="34" name="Picture 3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7DA2EE20" w14:textId="63B9EE52" w:rsidR="003D73AA" w:rsidRDefault="00305F25">
            <w:pPr>
              <w:pStyle w:val="EasyReadBody"/>
            </w:pPr>
            <w:r>
              <w:t>When a court or tribunal is already looking at a problem.</w:t>
            </w:r>
          </w:p>
        </w:tc>
      </w:tr>
    </w:tbl>
    <w:p w14:paraId="1774CC20" w14:textId="77777777" w:rsidR="003D73AA" w:rsidRDefault="003D73AA">
      <w:pPr>
        <w:spacing w:after="30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4B9273C2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76C7AD61" w14:textId="77777777" w:rsidR="003D73AA" w:rsidRDefault="003C0612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11C98AE0" wp14:editId="7BE16B91">
                  <wp:extent cx="2157984" cy="2157984"/>
                  <wp:effectExtent l="0" t="0" r="0" b="0"/>
                  <wp:docPr id="35" name="Picture 3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6553668F" w14:textId="77777777" w:rsidR="003D73AA" w:rsidRDefault="003C0612">
            <w:pPr>
              <w:pStyle w:val="EasyReadBody"/>
            </w:pPr>
            <w:r>
              <w:t>Things we have already checked or answered are not complaints.</w:t>
            </w:r>
          </w:p>
        </w:tc>
      </w:tr>
    </w:tbl>
    <w:p w14:paraId="4C6FC453" w14:textId="77777777" w:rsidR="003D73AA" w:rsidRDefault="003D73AA">
      <w:pPr>
        <w:spacing w:after="30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1CE12236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76CB7EBD" w14:textId="77777777" w:rsidR="003D73AA" w:rsidRDefault="003C0612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11E8A2B9" wp14:editId="24B74F3A">
                  <wp:extent cx="2157984" cy="2157984"/>
                  <wp:effectExtent l="0" t="0" r="0" b="0"/>
                  <wp:docPr id="36" name="Picture 3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77CA09A6" w14:textId="77777777" w:rsidR="003D73AA" w:rsidRDefault="003C0612">
            <w:pPr>
              <w:pStyle w:val="EasyReadBody"/>
            </w:pPr>
            <w:r>
              <w:t>Concerns about safety are not complaints.</w:t>
            </w:r>
          </w:p>
        </w:tc>
      </w:tr>
    </w:tbl>
    <w:p w14:paraId="03EA43AB" w14:textId="77777777" w:rsidR="003D73AA" w:rsidRDefault="003D73AA">
      <w:pPr>
        <w:spacing w:after="300" w:line="20" w:lineRule="exact"/>
      </w:pPr>
    </w:p>
    <w:p w14:paraId="06C07DD8" w14:textId="77777777" w:rsidR="003D73AA" w:rsidRDefault="003D73AA">
      <w:pPr>
        <w:spacing w:after="454" w:line="20" w:lineRule="exact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641"/>
      </w:tblGrid>
      <w:tr w:rsidR="003D73AA" w14:paraId="5A5E669B" w14:textId="77777777">
        <w:tc>
          <w:tcPr>
            <w:tcW w:w="9641" w:type="dxa"/>
            <w:tcBorders>
              <w:left w:val="single" w:sz="40" w:space="0" w:color="572932"/>
            </w:tcBorders>
            <w:shd w:val="clear" w:color="auto" w:fill="F7F4F5"/>
            <w:tcMar>
              <w:top w:w="80" w:type="dxa"/>
              <w:left w:w="280" w:type="dxa"/>
              <w:bottom w:w="80" w:type="dxa"/>
              <w:right w:w="160" w:type="dxa"/>
            </w:tcMar>
          </w:tcPr>
          <w:p w14:paraId="21A88E0E" w14:textId="77777777" w:rsidR="003D73AA" w:rsidRDefault="003C0612">
            <w:pPr>
              <w:pStyle w:val="SectionHeading"/>
              <w:spacing w:before="0" w:after="0"/>
            </w:pPr>
            <w:bookmarkStart w:id="4" w:name="how_to_tell_us_1004"/>
            <w:r>
              <w:lastRenderedPageBreak/>
              <w:t>How to tell us</w:t>
            </w:r>
            <w:bookmarkEnd w:id="4"/>
          </w:p>
        </w:tc>
      </w:tr>
    </w:tbl>
    <w:p w14:paraId="729338FF" w14:textId="77777777" w:rsidR="003D73AA" w:rsidRDefault="003D73AA">
      <w:pPr>
        <w:keepNext/>
        <w:spacing w:after="14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60FB040E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14FE9609" w14:textId="77777777" w:rsidR="003D73AA" w:rsidRDefault="003C0612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2B330C23" wp14:editId="606554A2">
                  <wp:extent cx="2157984" cy="2157984"/>
                  <wp:effectExtent l="0" t="0" r="0" b="0"/>
                  <wp:docPr id="38" name="Picture 3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05CE9371" w14:textId="77777777" w:rsidR="003D73AA" w:rsidRDefault="003C0612">
            <w:pPr>
              <w:pStyle w:val="EasyReadBody"/>
            </w:pPr>
            <w:r>
              <w:t>You can talk to a member of staff.</w:t>
            </w:r>
          </w:p>
        </w:tc>
      </w:tr>
    </w:tbl>
    <w:p w14:paraId="18D77B29" w14:textId="77777777" w:rsidR="003D73AA" w:rsidRDefault="003D73AA">
      <w:pPr>
        <w:spacing w:after="30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069EFCFB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1D9C80DB" w14:textId="77777777" w:rsidR="003D73AA" w:rsidRDefault="003C0612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2A6CB45A" wp14:editId="274FB0F2">
                  <wp:extent cx="2157984" cy="2157984"/>
                  <wp:effectExtent l="0" t="0" r="0" b="0"/>
                  <wp:docPr id="39" name="Picture 3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18080470" w14:textId="77777777" w:rsidR="003D73AA" w:rsidRDefault="003C0612">
            <w:pPr>
              <w:pStyle w:val="EasyReadBody"/>
            </w:pPr>
            <w:r>
              <w:t>You can phone us.</w:t>
            </w:r>
          </w:p>
        </w:tc>
      </w:tr>
    </w:tbl>
    <w:p w14:paraId="1C5BD6D1" w14:textId="77777777" w:rsidR="003D73AA" w:rsidRDefault="003D73AA">
      <w:pPr>
        <w:spacing w:after="30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72672315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0A4CDB28" w14:textId="77777777" w:rsidR="003D73AA" w:rsidRDefault="003C0612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3743FBFF" wp14:editId="4627356F">
                  <wp:extent cx="2157984" cy="2157984"/>
                  <wp:effectExtent l="0" t="0" r="0" b="0"/>
                  <wp:docPr id="40" name="Picture 4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41804F18" w14:textId="77777777" w:rsidR="003D73AA" w:rsidRDefault="003C0612">
            <w:pPr>
              <w:pStyle w:val="EasyReadBody"/>
            </w:pPr>
            <w:r>
              <w:t>You can email us.</w:t>
            </w:r>
          </w:p>
        </w:tc>
      </w:tr>
    </w:tbl>
    <w:p w14:paraId="79B9D4E3" w14:textId="77777777" w:rsidR="003D73AA" w:rsidRDefault="003D73AA">
      <w:pPr>
        <w:spacing w:after="30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7B940806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6928F6D5" w14:textId="77777777" w:rsidR="003D73AA" w:rsidRDefault="003C0612">
            <w:pPr>
              <w:spacing w:after="0"/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6939CE52" wp14:editId="69AD0850">
                  <wp:extent cx="2157984" cy="2157984"/>
                  <wp:effectExtent l="0" t="0" r="0" b="0"/>
                  <wp:docPr id="41" name="Picture 4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639238A5" w14:textId="77777777" w:rsidR="003D73AA" w:rsidRDefault="003C0612">
            <w:pPr>
              <w:pStyle w:val="EasyReadBody"/>
            </w:pPr>
            <w:r>
              <w:t>You can write to us.</w:t>
            </w:r>
          </w:p>
        </w:tc>
      </w:tr>
    </w:tbl>
    <w:p w14:paraId="7904D892" w14:textId="77777777" w:rsidR="003D73AA" w:rsidRDefault="003D73AA">
      <w:pPr>
        <w:spacing w:after="30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561BB8DA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49F545C2" w14:textId="77777777" w:rsidR="003D73AA" w:rsidRDefault="003C0612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2E24CDD0" wp14:editId="54F87BDA">
                  <wp:extent cx="2157984" cy="2157984"/>
                  <wp:effectExtent l="0" t="0" r="0" b="0"/>
                  <wp:docPr id="42" name="Picture 4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618212E5" w14:textId="77777777" w:rsidR="003D73AA" w:rsidRDefault="003C0612">
            <w:pPr>
              <w:pStyle w:val="EasyReadBody"/>
            </w:pPr>
            <w:r>
              <w:t>You can use your online account.</w:t>
            </w:r>
          </w:p>
        </w:tc>
      </w:tr>
    </w:tbl>
    <w:p w14:paraId="008F5EFD" w14:textId="77777777" w:rsidR="003D73AA" w:rsidRDefault="003D73AA">
      <w:pPr>
        <w:spacing w:after="30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49D4458D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173BB095" w14:textId="77777777" w:rsidR="003D73AA" w:rsidRDefault="003C0612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5BB44B7C" wp14:editId="2EC0C677">
                  <wp:extent cx="2157984" cy="2157984"/>
                  <wp:effectExtent l="0" t="0" r="0" b="0"/>
                  <wp:docPr id="43" name="Picture 4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67F1FF19" w14:textId="77777777" w:rsidR="003D73AA" w:rsidRDefault="003C0612">
            <w:pPr>
              <w:pStyle w:val="EasyReadBody"/>
            </w:pPr>
            <w:r>
              <w:t>It helps if you tell us your name and how to contact you.</w:t>
            </w:r>
          </w:p>
        </w:tc>
      </w:tr>
    </w:tbl>
    <w:p w14:paraId="6F7CFDBF" w14:textId="77777777" w:rsidR="003D73AA" w:rsidRDefault="003D73AA">
      <w:pPr>
        <w:spacing w:after="30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704E010D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291F8C30" w14:textId="77777777" w:rsidR="003D73AA" w:rsidRDefault="003C0612">
            <w:pPr>
              <w:spacing w:after="0"/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348A84B8" wp14:editId="4112573E">
                  <wp:extent cx="2157984" cy="2157984"/>
                  <wp:effectExtent l="0" t="0" r="0" b="0"/>
                  <wp:docPr id="44" name="Picture 4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3A51D465" w14:textId="77777777" w:rsidR="003D73AA" w:rsidRDefault="003C0612">
            <w:pPr>
              <w:pStyle w:val="EasyReadBody"/>
            </w:pPr>
            <w:r>
              <w:t>Also tell us what happened, when it happened, and what you want to happen next.</w:t>
            </w:r>
          </w:p>
        </w:tc>
      </w:tr>
    </w:tbl>
    <w:p w14:paraId="7B8B522B" w14:textId="77777777" w:rsidR="003D73AA" w:rsidRDefault="003D73AA">
      <w:pPr>
        <w:spacing w:after="454" w:line="20" w:lineRule="exact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641"/>
      </w:tblGrid>
      <w:tr w:rsidR="003D73AA" w14:paraId="5F4E8F9F" w14:textId="77777777">
        <w:tc>
          <w:tcPr>
            <w:tcW w:w="9641" w:type="dxa"/>
            <w:tcBorders>
              <w:left w:val="single" w:sz="40" w:space="0" w:color="572932"/>
            </w:tcBorders>
            <w:shd w:val="clear" w:color="auto" w:fill="F7F4F5"/>
            <w:tcMar>
              <w:top w:w="80" w:type="dxa"/>
              <w:left w:w="280" w:type="dxa"/>
              <w:bottom w:w="80" w:type="dxa"/>
              <w:right w:w="160" w:type="dxa"/>
            </w:tcMar>
          </w:tcPr>
          <w:p w14:paraId="2ADC44F7" w14:textId="77777777" w:rsidR="003D73AA" w:rsidRDefault="003C0612">
            <w:pPr>
              <w:pStyle w:val="SectionHeading"/>
              <w:spacing w:before="0" w:after="0"/>
            </w:pPr>
            <w:bookmarkStart w:id="5" w:name="if_you_feel_worried_or_unsafe_1005"/>
            <w:r>
              <w:t>If you feel worried or unsafe</w:t>
            </w:r>
            <w:bookmarkEnd w:id="5"/>
          </w:p>
        </w:tc>
      </w:tr>
    </w:tbl>
    <w:p w14:paraId="63E8A312" w14:textId="77777777" w:rsidR="003D73AA" w:rsidRDefault="003D73AA">
      <w:pPr>
        <w:keepNext/>
        <w:spacing w:after="14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0AF50574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6EC4E159" w14:textId="77777777" w:rsidR="003D73AA" w:rsidRDefault="003C0612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77A9BB8A" wp14:editId="458C8B0D">
                  <wp:extent cx="2157984" cy="2157984"/>
                  <wp:effectExtent l="0" t="0" r="0" b="0"/>
                  <wp:docPr id="45" name="Picture 4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1205FE2F" w14:textId="77777777" w:rsidR="003D73AA" w:rsidRDefault="003C0612">
            <w:pPr>
              <w:pStyle w:val="EasyReadBody"/>
            </w:pPr>
            <w:r>
              <w:t>If you feel worried, scared, or unsafe, tell an adult you trust.</w:t>
            </w:r>
          </w:p>
        </w:tc>
      </w:tr>
    </w:tbl>
    <w:p w14:paraId="74DEE557" w14:textId="77777777" w:rsidR="003D73AA" w:rsidRDefault="003D73AA">
      <w:pPr>
        <w:keepNext/>
        <w:spacing w:after="30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06DEB91D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26112F45" w14:textId="77777777" w:rsidR="003D73AA" w:rsidRDefault="003C0612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3BBF5D8C" wp14:editId="377485F2">
                  <wp:extent cx="2157984" cy="2157984"/>
                  <wp:effectExtent l="0" t="0" r="0" b="0"/>
                  <wp:docPr id="46" name="Picture 4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7C4F3CDC" w14:textId="77777777" w:rsidR="003D73AA" w:rsidRDefault="003C0612">
            <w:pPr>
              <w:pStyle w:val="EasyReadBody"/>
            </w:pPr>
            <w:r>
              <w:t>This could be a parent, carer, teacher, support worker, or housing officer.</w:t>
            </w:r>
          </w:p>
        </w:tc>
      </w:tr>
    </w:tbl>
    <w:p w14:paraId="2970444F" w14:textId="77777777" w:rsidR="003D73AA" w:rsidRDefault="003D73AA">
      <w:pPr>
        <w:spacing w:after="454" w:line="20" w:lineRule="exact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641"/>
      </w:tblGrid>
      <w:tr w:rsidR="003D73AA" w14:paraId="434E026B" w14:textId="77777777">
        <w:tc>
          <w:tcPr>
            <w:tcW w:w="9641" w:type="dxa"/>
            <w:tcBorders>
              <w:left w:val="single" w:sz="40" w:space="0" w:color="572932"/>
            </w:tcBorders>
            <w:shd w:val="clear" w:color="auto" w:fill="F7F4F5"/>
            <w:tcMar>
              <w:top w:w="80" w:type="dxa"/>
              <w:left w:w="280" w:type="dxa"/>
              <w:bottom w:w="80" w:type="dxa"/>
              <w:right w:w="160" w:type="dxa"/>
            </w:tcMar>
          </w:tcPr>
          <w:p w14:paraId="52F95C12" w14:textId="77777777" w:rsidR="003D73AA" w:rsidRDefault="003C0612">
            <w:pPr>
              <w:pStyle w:val="SectionHeading"/>
              <w:spacing w:before="0" w:after="0"/>
            </w:pPr>
            <w:bookmarkStart w:id="6" w:name="what_happens_after_you_complain_1006"/>
            <w:r>
              <w:lastRenderedPageBreak/>
              <w:t>What happens after you complain</w:t>
            </w:r>
            <w:bookmarkEnd w:id="6"/>
          </w:p>
        </w:tc>
      </w:tr>
    </w:tbl>
    <w:p w14:paraId="22BFA195" w14:textId="77777777" w:rsidR="003D73AA" w:rsidRDefault="003D73AA">
      <w:pPr>
        <w:keepNext/>
        <w:spacing w:after="14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3EBBD856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2CA69B62" w14:textId="77777777" w:rsidR="003D73AA" w:rsidRDefault="003C0612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0C4376B3" wp14:editId="132D6614">
                  <wp:extent cx="2157984" cy="2157984"/>
                  <wp:effectExtent l="0" t="0" r="0" b="0"/>
                  <wp:docPr id="47" name="Picture 4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0EA3D8AB" w14:textId="6A091016" w:rsidR="003D73AA" w:rsidRDefault="00305F25">
            <w:pPr>
              <w:pStyle w:val="EasyReadBody"/>
            </w:pPr>
            <w:r>
              <w:t>There are two steps when we deal with a complaint.</w:t>
            </w:r>
          </w:p>
        </w:tc>
      </w:tr>
    </w:tbl>
    <w:p w14:paraId="47672845" w14:textId="77777777" w:rsidR="003D73AA" w:rsidRDefault="003D73AA">
      <w:pPr>
        <w:spacing w:after="30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64FF1A56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5B80AE6A" w14:textId="77777777" w:rsidR="003D73AA" w:rsidRDefault="003C0612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4FB1D7D2" wp14:editId="74B162DC">
                  <wp:extent cx="2157984" cy="2157984"/>
                  <wp:effectExtent l="0" t="0" r="0" b="0"/>
                  <wp:docPr id="48" name="Picture 4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72B0000E" w14:textId="77777777" w:rsidR="003D73AA" w:rsidRDefault="003C0612">
            <w:pPr>
              <w:pStyle w:val="EasyReadBody"/>
            </w:pPr>
            <w:r>
              <w:t>Stage 1: We will try to fix your complaint quickly.</w:t>
            </w:r>
          </w:p>
        </w:tc>
      </w:tr>
    </w:tbl>
    <w:p w14:paraId="29A23BD2" w14:textId="77777777" w:rsidR="003D73AA" w:rsidRDefault="003D73AA">
      <w:pPr>
        <w:spacing w:after="30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561CD17B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4FDDB451" w14:textId="77777777" w:rsidR="003D73AA" w:rsidRDefault="003C0612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542A8E60" wp14:editId="7FA4EDD6">
                  <wp:extent cx="2157984" cy="2157984"/>
                  <wp:effectExtent l="0" t="0" r="0" b="0"/>
                  <wp:docPr id="49" name="Picture 4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075B56C7" w14:textId="77777777" w:rsidR="003D73AA" w:rsidRDefault="003C0612">
            <w:pPr>
              <w:pStyle w:val="EasyReadBody"/>
            </w:pPr>
            <w:r>
              <w:t>We usually answer within five working days.</w:t>
            </w:r>
          </w:p>
        </w:tc>
      </w:tr>
    </w:tbl>
    <w:p w14:paraId="2A9D3693" w14:textId="77777777" w:rsidR="003D73AA" w:rsidRDefault="003D73AA">
      <w:pPr>
        <w:spacing w:after="30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10AE5A22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6C43658A" w14:textId="77777777" w:rsidR="003D73AA" w:rsidRDefault="003C0612">
            <w:pPr>
              <w:spacing w:after="0"/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75451955" wp14:editId="76E9D5F9">
                  <wp:extent cx="2157984" cy="2157984"/>
                  <wp:effectExtent l="0" t="0" r="0" b="0"/>
                  <wp:docPr id="50" name="Picture 5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709B4B8D" w14:textId="77777777" w:rsidR="003D73AA" w:rsidRDefault="003C0612">
            <w:pPr>
              <w:pStyle w:val="EasyReadBody"/>
            </w:pPr>
            <w:r>
              <w:t>Stage 2: If we need to, we will take a closer look.</w:t>
            </w:r>
          </w:p>
        </w:tc>
      </w:tr>
    </w:tbl>
    <w:p w14:paraId="0BC49236" w14:textId="77777777" w:rsidR="003D73AA" w:rsidRDefault="003D73AA">
      <w:pPr>
        <w:spacing w:after="30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3A2287E5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0F29DC84" w14:textId="77777777" w:rsidR="003D73AA" w:rsidRDefault="003C0612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03C2BAA8" wp14:editId="607F629F">
                  <wp:extent cx="2157984" cy="2157984"/>
                  <wp:effectExtent l="0" t="0" r="0" b="0"/>
                  <wp:docPr id="51" name="Picture 5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53FD5E96" w14:textId="77777777" w:rsidR="003D73AA" w:rsidRDefault="003C0612">
            <w:pPr>
              <w:pStyle w:val="EasyReadBody"/>
            </w:pPr>
            <w:r>
              <w:t>We will tell you we got your complaint within three working days.</w:t>
            </w:r>
          </w:p>
        </w:tc>
      </w:tr>
    </w:tbl>
    <w:p w14:paraId="59C42924" w14:textId="77777777" w:rsidR="003D73AA" w:rsidRDefault="003D73AA">
      <w:pPr>
        <w:spacing w:after="30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128AA6E2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556B38D2" w14:textId="77777777" w:rsidR="003D73AA" w:rsidRDefault="003C0612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11F75252" wp14:editId="581DBE1F">
                  <wp:extent cx="2157984" cy="2157984"/>
                  <wp:effectExtent l="0" t="0" r="0" b="0"/>
                  <wp:docPr id="52" name="Picture 5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0D6FBBF7" w14:textId="77777777" w:rsidR="003D73AA" w:rsidRDefault="003C0612">
            <w:pPr>
              <w:pStyle w:val="EasyReadBody"/>
            </w:pPr>
            <w:r>
              <w:t>We will explain what we will look at and keep you updated.</w:t>
            </w:r>
          </w:p>
        </w:tc>
      </w:tr>
    </w:tbl>
    <w:p w14:paraId="6C30EFC2" w14:textId="77777777" w:rsidR="003D73AA" w:rsidRDefault="003D73AA">
      <w:pPr>
        <w:spacing w:after="30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2132A508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2C6AE681" w14:textId="77777777" w:rsidR="003D73AA" w:rsidRDefault="003C0612">
            <w:pPr>
              <w:spacing w:after="0"/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08139D28" wp14:editId="7380BE9A">
                  <wp:extent cx="2157984" cy="2157984"/>
                  <wp:effectExtent l="0" t="0" r="0" b="0"/>
                  <wp:docPr id="53" name="Picture 5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1C19B49D" w14:textId="77777777" w:rsidR="003D73AA" w:rsidRDefault="003C0612">
            <w:pPr>
              <w:pStyle w:val="EasyReadBody"/>
            </w:pPr>
            <w:r>
              <w:t>We usually give our final answer within 20 working days.</w:t>
            </w:r>
          </w:p>
        </w:tc>
      </w:tr>
    </w:tbl>
    <w:p w14:paraId="2EF1EE03" w14:textId="77777777" w:rsidR="003D73AA" w:rsidRDefault="003D73AA">
      <w:pPr>
        <w:spacing w:after="30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32F79DC0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1244B538" w14:textId="77777777" w:rsidR="003D73AA" w:rsidRDefault="003C0612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2D1D0731" wp14:editId="4DA9B658">
                  <wp:extent cx="2157984" cy="2157984"/>
                  <wp:effectExtent l="0" t="0" r="0" b="0"/>
                  <wp:docPr id="54" name="Picture 5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70E8EDCC" w14:textId="77777777" w:rsidR="003D73AA" w:rsidRDefault="003C0612">
            <w:pPr>
              <w:pStyle w:val="EasyReadBody"/>
            </w:pPr>
            <w:r>
              <w:t>If we need more time, we will tell you why.</w:t>
            </w:r>
          </w:p>
        </w:tc>
      </w:tr>
    </w:tbl>
    <w:p w14:paraId="606BA54A" w14:textId="77777777" w:rsidR="003D73AA" w:rsidRDefault="003D73AA">
      <w:pPr>
        <w:spacing w:after="454" w:line="20" w:lineRule="exact"/>
      </w:pPr>
    </w:p>
    <w:p w14:paraId="0CB0D227" w14:textId="77777777" w:rsidR="00692F66" w:rsidRDefault="00692F66">
      <w:bookmarkStart w:id="7" w:name="if_you_still_feel_unhappy_1007"/>
      <w:r>
        <w:rPr>
          <w:b/>
        </w:rPr>
        <w:br w:type="page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641"/>
      </w:tblGrid>
      <w:tr w:rsidR="003D73AA" w14:paraId="4D62333E" w14:textId="77777777">
        <w:tc>
          <w:tcPr>
            <w:tcW w:w="9641" w:type="dxa"/>
            <w:tcBorders>
              <w:left w:val="single" w:sz="40" w:space="0" w:color="572932"/>
            </w:tcBorders>
            <w:shd w:val="clear" w:color="auto" w:fill="F7F4F5"/>
            <w:tcMar>
              <w:top w:w="80" w:type="dxa"/>
              <w:left w:w="280" w:type="dxa"/>
              <w:bottom w:w="80" w:type="dxa"/>
              <w:right w:w="160" w:type="dxa"/>
            </w:tcMar>
          </w:tcPr>
          <w:p w14:paraId="1CB10038" w14:textId="713801FA" w:rsidR="003D73AA" w:rsidRDefault="003C0612">
            <w:pPr>
              <w:pStyle w:val="SectionHeading"/>
              <w:spacing w:before="0" w:after="0"/>
            </w:pPr>
            <w:r>
              <w:lastRenderedPageBreak/>
              <w:t>If you still feel unhappy</w:t>
            </w:r>
            <w:bookmarkEnd w:id="7"/>
          </w:p>
        </w:tc>
      </w:tr>
    </w:tbl>
    <w:p w14:paraId="4B54B5A1" w14:textId="77777777" w:rsidR="003D73AA" w:rsidRDefault="003D73AA">
      <w:pPr>
        <w:keepNext/>
        <w:spacing w:after="14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52332832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0BC8AEBE" w14:textId="77777777" w:rsidR="003D73AA" w:rsidRDefault="003C0612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02C53C1E" wp14:editId="639FFED2">
                  <wp:extent cx="2157984" cy="2157984"/>
                  <wp:effectExtent l="0" t="0" r="0" b="0"/>
                  <wp:docPr id="55" name="Picture 5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2CE46CEA" w14:textId="77777777" w:rsidR="003D73AA" w:rsidRDefault="003C0612">
            <w:pPr>
              <w:pStyle w:val="EasyReadBody"/>
            </w:pPr>
            <w:r>
              <w:t xml:space="preserve">If you are still unhappy, you can ask the </w:t>
            </w:r>
            <w:r>
              <w:rPr>
                <w:b/>
              </w:rPr>
              <w:t>Scottish Public Services Ombudsman (SPSO)</w:t>
            </w:r>
            <w:r>
              <w:t xml:space="preserve"> to help.</w:t>
            </w:r>
          </w:p>
        </w:tc>
      </w:tr>
    </w:tbl>
    <w:p w14:paraId="0F99E22E" w14:textId="77777777" w:rsidR="003D73AA" w:rsidRDefault="003D73AA">
      <w:pPr>
        <w:spacing w:after="30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67A7797F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1D86B449" w14:textId="77777777" w:rsidR="003D73AA" w:rsidRDefault="003C0612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0BFFB9C7" wp14:editId="6C86B898">
                  <wp:extent cx="2157984" cy="2157984"/>
                  <wp:effectExtent l="0" t="0" r="0" b="0"/>
                  <wp:docPr id="56" name="Picture 5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53BF297D" w14:textId="3F8C57CE" w:rsidR="003D73AA" w:rsidRDefault="003C0612">
            <w:pPr>
              <w:pStyle w:val="EasyReadBody"/>
            </w:pPr>
            <w:r>
              <w:t xml:space="preserve">The </w:t>
            </w:r>
            <w:r>
              <w:rPr>
                <w:b/>
              </w:rPr>
              <w:t>SPSO</w:t>
            </w:r>
            <w:r>
              <w:t xml:space="preserve"> is </w:t>
            </w:r>
            <w:r w:rsidR="00305F25">
              <w:t xml:space="preserve">an </w:t>
            </w:r>
            <w:r>
              <w:t xml:space="preserve">independent </w:t>
            </w:r>
            <w:r w:rsidR="00305F25">
              <w:t>organisation that can look at your complaint.</w:t>
            </w:r>
          </w:p>
        </w:tc>
      </w:tr>
    </w:tbl>
    <w:p w14:paraId="1EECFC38" w14:textId="77777777" w:rsidR="003D73AA" w:rsidRDefault="003D73AA">
      <w:pPr>
        <w:spacing w:after="30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47F67342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0494A639" w14:textId="77777777" w:rsidR="003D73AA" w:rsidRDefault="003C0612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07648CFE" wp14:editId="3781A3CC">
                  <wp:extent cx="2157984" cy="2157984"/>
                  <wp:effectExtent l="0" t="0" r="0" b="0"/>
                  <wp:docPr id="57" name="Picture 5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664313CD" w14:textId="77777777" w:rsidR="003D73AA" w:rsidRDefault="003C0612">
            <w:pPr>
              <w:pStyle w:val="EasyReadBody"/>
            </w:pPr>
            <w:r>
              <w:t xml:space="preserve">The SPSO's website is </w:t>
            </w:r>
            <w:hyperlink r:id="rId46">
              <w:r w:rsidR="003D73AA">
                <w:rPr>
                  <w:b/>
                  <w:color w:val="0645AD"/>
                </w:rPr>
                <w:t>www.spso.org.uk</w:t>
              </w:r>
            </w:hyperlink>
            <w:r>
              <w:t>.</w:t>
            </w:r>
          </w:p>
          <w:p w14:paraId="55B97CD2" w14:textId="365B8CDE" w:rsidR="00692F66" w:rsidRDefault="00692F66">
            <w:pPr>
              <w:pStyle w:val="EasyReadBody"/>
            </w:pPr>
            <w:r>
              <w:t>Or you can phone them for free on 0800 377 7330.</w:t>
            </w:r>
          </w:p>
        </w:tc>
      </w:tr>
    </w:tbl>
    <w:p w14:paraId="54B08530" w14:textId="77777777" w:rsidR="003D73AA" w:rsidRDefault="003D73AA">
      <w:pPr>
        <w:spacing w:after="300" w:line="20" w:lineRule="exact"/>
      </w:pPr>
    </w:p>
    <w:p w14:paraId="05A50940" w14:textId="77777777" w:rsidR="003D73AA" w:rsidRDefault="003D73AA">
      <w:pPr>
        <w:spacing w:after="454" w:line="20" w:lineRule="exact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641"/>
      </w:tblGrid>
      <w:tr w:rsidR="003D73AA" w14:paraId="3F3CFB52" w14:textId="77777777">
        <w:tc>
          <w:tcPr>
            <w:tcW w:w="9641" w:type="dxa"/>
            <w:tcBorders>
              <w:left w:val="single" w:sz="40" w:space="0" w:color="572932"/>
            </w:tcBorders>
            <w:shd w:val="clear" w:color="auto" w:fill="F7F4F5"/>
            <w:tcMar>
              <w:top w:w="80" w:type="dxa"/>
              <w:left w:w="280" w:type="dxa"/>
              <w:bottom w:w="80" w:type="dxa"/>
              <w:right w:w="160" w:type="dxa"/>
            </w:tcMar>
          </w:tcPr>
          <w:p w14:paraId="276094E6" w14:textId="77777777" w:rsidR="003D73AA" w:rsidRDefault="003C0612">
            <w:pPr>
              <w:pStyle w:val="SectionHeading"/>
              <w:spacing w:before="0" w:after="0"/>
            </w:pPr>
            <w:bookmarkStart w:id="8" w:name="someone_can_help_you_1008"/>
            <w:r>
              <w:lastRenderedPageBreak/>
              <w:t>Someone can help you</w:t>
            </w:r>
            <w:bookmarkEnd w:id="8"/>
          </w:p>
        </w:tc>
      </w:tr>
    </w:tbl>
    <w:p w14:paraId="2182425F" w14:textId="77777777" w:rsidR="003D73AA" w:rsidRDefault="003D73AA">
      <w:pPr>
        <w:keepNext/>
        <w:spacing w:after="14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2949A4BF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1D38F83A" w14:textId="77777777" w:rsidR="003D73AA" w:rsidRDefault="003C0612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0DDC454E" wp14:editId="565B685F">
                  <wp:extent cx="2157984" cy="2157984"/>
                  <wp:effectExtent l="0" t="0" r="0" b="0"/>
                  <wp:docPr id="59" name="Picture 5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2D978803" w14:textId="77777777" w:rsidR="003D73AA" w:rsidRDefault="003C0612">
            <w:pPr>
              <w:pStyle w:val="EasyReadBody"/>
            </w:pPr>
            <w:r>
              <w:t>You do not have to make a complaint on your own.</w:t>
            </w:r>
          </w:p>
        </w:tc>
      </w:tr>
    </w:tbl>
    <w:p w14:paraId="0941FC12" w14:textId="77777777" w:rsidR="003D73AA" w:rsidRDefault="003D73AA">
      <w:pPr>
        <w:spacing w:after="30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4A570F4D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436FF95C" w14:textId="77777777" w:rsidR="003D73AA" w:rsidRDefault="003C0612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0BBFF6B5" wp14:editId="5E682A56">
                  <wp:extent cx="2157984" cy="2157984"/>
                  <wp:effectExtent l="0" t="0" r="0" b="0"/>
                  <wp:docPr id="60" name="Picture 6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39BE0874" w14:textId="77777777" w:rsidR="003D73AA" w:rsidRDefault="003C0612">
            <w:pPr>
              <w:pStyle w:val="EasyReadBody"/>
            </w:pPr>
            <w:r>
              <w:t xml:space="preserve">You can ask someone you trust or an </w:t>
            </w:r>
            <w:r>
              <w:rPr>
                <w:b/>
              </w:rPr>
              <w:t>advocate</w:t>
            </w:r>
            <w:r>
              <w:t xml:space="preserve"> to help you.</w:t>
            </w:r>
          </w:p>
        </w:tc>
      </w:tr>
    </w:tbl>
    <w:p w14:paraId="08F2C98E" w14:textId="77777777" w:rsidR="003D73AA" w:rsidRDefault="003D73AA">
      <w:pPr>
        <w:spacing w:after="30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406A79C6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652AF220" w14:textId="77777777" w:rsidR="003D73AA" w:rsidRDefault="003C0612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5D2D0201" wp14:editId="22B2B542">
                  <wp:extent cx="2157984" cy="2157984"/>
                  <wp:effectExtent l="0" t="0" r="0" b="0"/>
                  <wp:docPr id="61" name="Picture 6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3B978F8A" w14:textId="77777777" w:rsidR="003D73AA" w:rsidRDefault="003C0612">
            <w:pPr>
              <w:pStyle w:val="EasyReadBody"/>
            </w:pPr>
            <w:r>
              <w:t xml:space="preserve">An </w:t>
            </w:r>
            <w:r w:rsidRPr="002D33FD">
              <w:rPr>
                <w:b/>
                <w:bCs/>
              </w:rPr>
              <w:t>advocate</w:t>
            </w:r>
            <w:r>
              <w:t xml:space="preserve"> can help you explain what happened.</w:t>
            </w:r>
            <w:r>
              <w:br/>
              <w:t>They can stand up for you.</w:t>
            </w:r>
          </w:p>
        </w:tc>
      </w:tr>
    </w:tbl>
    <w:p w14:paraId="4FCE7633" w14:textId="77777777" w:rsidR="003D73AA" w:rsidRDefault="003D73AA">
      <w:pPr>
        <w:spacing w:after="30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584F6D14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3E995121" w14:textId="77777777" w:rsidR="003D73AA" w:rsidRDefault="003C0612">
            <w:pPr>
              <w:spacing w:after="0"/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3CE07719" wp14:editId="0A45D6EC">
                  <wp:extent cx="2157984" cy="2157984"/>
                  <wp:effectExtent l="0" t="0" r="0" b="0"/>
                  <wp:docPr id="62" name="Picture 6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1ACA2739" w14:textId="1F1E3AA7" w:rsidR="003D73AA" w:rsidRDefault="003C0612">
            <w:pPr>
              <w:pStyle w:val="EasyReadBody"/>
            </w:pPr>
            <w:r>
              <w:t xml:space="preserve">Citizens Advice Scotland or an advocacy </w:t>
            </w:r>
            <w:r w:rsidR="0041600B">
              <w:t>group</w:t>
            </w:r>
            <w:r>
              <w:t xml:space="preserve"> may also help.</w:t>
            </w:r>
          </w:p>
        </w:tc>
      </w:tr>
    </w:tbl>
    <w:p w14:paraId="7A187B05" w14:textId="77777777" w:rsidR="003D73AA" w:rsidRDefault="003D73AA">
      <w:pPr>
        <w:spacing w:after="454" w:line="20" w:lineRule="exact"/>
      </w:pPr>
    </w:p>
    <w:p w14:paraId="598C7D5C" w14:textId="77777777" w:rsidR="0014499A" w:rsidRDefault="0014499A">
      <w:pPr>
        <w:spacing w:after="454" w:line="20" w:lineRule="exact"/>
      </w:pPr>
    </w:p>
    <w:tbl>
      <w:tblPr>
        <w:tblW w:w="0" w:type="auto"/>
        <w:tblLayout w:type="fixed"/>
        <w:tblCellMar>
          <w:top w:w="240" w:type="dxa"/>
          <w:left w:w="300" w:type="dxa"/>
          <w:bottom w:w="240" w:type="dxa"/>
          <w:right w:w="300" w:type="dxa"/>
        </w:tblCellMar>
        <w:tblLook w:val="04A0" w:firstRow="1" w:lastRow="0" w:firstColumn="1" w:lastColumn="0" w:noHBand="0" w:noVBand="1"/>
      </w:tblPr>
      <w:tblGrid>
        <w:gridCol w:w="9641"/>
      </w:tblGrid>
      <w:tr w:rsidR="003D73AA" w14:paraId="6DF8D611" w14:textId="77777777">
        <w:tc>
          <w:tcPr>
            <w:tcW w:w="9641" w:type="dxa"/>
            <w:tcBorders>
              <w:top w:val="single" w:sz="16" w:space="0" w:color="572932"/>
              <w:left w:val="single" w:sz="16" w:space="0" w:color="572932"/>
              <w:bottom w:val="single" w:sz="16" w:space="0" w:color="572932"/>
              <w:right w:val="single" w:sz="16" w:space="0" w:color="572932"/>
            </w:tcBorders>
            <w:shd w:val="clear" w:color="auto" w:fill="F4FAFC"/>
          </w:tcPr>
          <w:p w14:paraId="2B244C23" w14:textId="77777777" w:rsidR="003D73AA" w:rsidRDefault="003C0612">
            <w:pPr>
              <w:pStyle w:val="EasyReadSubheading"/>
            </w:pPr>
            <w:r>
              <w:t>Good to remember</w:t>
            </w:r>
          </w:p>
          <w:p w14:paraId="2A89B621" w14:textId="5B4E1324" w:rsidR="003D73AA" w:rsidRDefault="003C0612">
            <w:pPr>
              <w:pStyle w:val="EasyReadBody"/>
            </w:pPr>
            <w:r>
              <w:t>Your voice matters, and we will listen.</w:t>
            </w:r>
          </w:p>
          <w:p w14:paraId="001CDA8C" w14:textId="77777777" w:rsidR="003D73AA" w:rsidRDefault="003C0612">
            <w:pPr>
              <w:pStyle w:val="EasyReadBody"/>
            </w:pPr>
            <w:r>
              <w:t>We will try to help and use what you tell us to get better.</w:t>
            </w:r>
          </w:p>
        </w:tc>
      </w:tr>
    </w:tbl>
    <w:p w14:paraId="7E3946A1" w14:textId="77777777" w:rsidR="003D73AA" w:rsidRDefault="003D73AA">
      <w:pPr>
        <w:spacing w:after="454" w:line="20" w:lineRule="exact"/>
      </w:pPr>
    </w:p>
    <w:p w14:paraId="2AB76D29" w14:textId="77777777" w:rsidR="0014499A" w:rsidRDefault="0014499A">
      <w:bookmarkStart w:id="9" w:name="how_to_contact_us_1009"/>
      <w:r>
        <w:rPr>
          <w:b/>
        </w:rPr>
        <w:br w:type="page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641"/>
      </w:tblGrid>
      <w:tr w:rsidR="003D73AA" w14:paraId="1882A89E" w14:textId="77777777">
        <w:tc>
          <w:tcPr>
            <w:tcW w:w="9641" w:type="dxa"/>
            <w:tcBorders>
              <w:left w:val="single" w:sz="40" w:space="0" w:color="572932"/>
            </w:tcBorders>
            <w:shd w:val="clear" w:color="auto" w:fill="F7F4F5"/>
            <w:tcMar>
              <w:top w:w="80" w:type="dxa"/>
              <w:left w:w="280" w:type="dxa"/>
              <w:bottom w:w="80" w:type="dxa"/>
              <w:right w:w="160" w:type="dxa"/>
            </w:tcMar>
          </w:tcPr>
          <w:p w14:paraId="765791D6" w14:textId="727C6EE6" w:rsidR="003D73AA" w:rsidRDefault="003C0612">
            <w:pPr>
              <w:pStyle w:val="SectionHeading"/>
              <w:spacing w:before="0" w:after="0"/>
            </w:pPr>
            <w:r>
              <w:lastRenderedPageBreak/>
              <w:t>How to contact us</w:t>
            </w:r>
            <w:bookmarkEnd w:id="9"/>
          </w:p>
        </w:tc>
      </w:tr>
    </w:tbl>
    <w:p w14:paraId="678B8233" w14:textId="77777777" w:rsidR="003D73AA" w:rsidRDefault="003D73AA">
      <w:pPr>
        <w:keepNext/>
        <w:spacing w:after="14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11372C97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6E0EBF55" w14:textId="334185C2" w:rsidR="003D73AA" w:rsidRDefault="00A538B4">
            <w:pPr>
              <w:spacing w:after="0"/>
              <w:jc w:val="center"/>
            </w:pPr>
            <w:r w:rsidRPr="00A538B4">
              <w:drawing>
                <wp:inline distT="0" distB="0" distL="0" distR="0" wp14:anchorId="73B53A2A" wp14:editId="0A856388">
                  <wp:extent cx="2705100" cy="2705100"/>
                  <wp:effectExtent l="0" t="0" r="0" b="0"/>
                  <wp:docPr id="93981974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9819748" name="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5100" cy="2705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46CF13CB" w14:textId="68547DB8" w:rsidR="003D73AA" w:rsidRDefault="003C0612">
            <w:pPr>
              <w:pStyle w:val="EasyReadBody"/>
            </w:pPr>
            <w:r>
              <w:t xml:space="preserve">Phone: </w:t>
            </w:r>
            <w:r w:rsidR="006A2AAD" w:rsidRPr="006A2AAD">
              <w:t>0800 561 0088</w:t>
            </w:r>
          </w:p>
        </w:tc>
      </w:tr>
    </w:tbl>
    <w:p w14:paraId="0CB6482B" w14:textId="77777777" w:rsidR="003D73AA" w:rsidRDefault="003D73AA">
      <w:pPr>
        <w:keepNext/>
        <w:spacing w:after="30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4F100F28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47FB4CA6" w14:textId="77777777" w:rsidR="003D73AA" w:rsidRDefault="003C0612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568B4752" wp14:editId="383BED21">
                  <wp:extent cx="2157984" cy="2157984"/>
                  <wp:effectExtent l="0" t="0" r="0" b="0"/>
                  <wp:docPr id="64" name="Picture 6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0EB84A88" w14:textId="628D1A55" w:rsidR="003D73AA" w:rsidRDefault="003C0612" w:rsidP="00182929">
            <w:pPr>
              <w:pStyle w:val="EasyReadBody"/>
              <w:spacing w:after="0" w:line="240" w:lineRule="auto"/>
            </w:pPr>
            <w:r>
              <w:t xml:space="preserve">Address: </w:t>
            </w:r>
            <w:r w:rsidR="00182929" w:rsidRPr="00182929">
              <w:t>Wheatley Homes East</w:t>
            </w:r>
            <w:r w:rsidR="00182929">
              <w:t xml:space="preserve"> </w:t>
            </w:r>
            <w:r w:rsidR="00182929" w:rsidRPr="00182929">
              <w:t>8 New Mart Road</w:t>
            </w:r>
            <w:r w:rsidR="00182929" w:rsidRPr="00182929">
              <w:br/>
              <w:t>Edinburgh, EH14 1RL</w:t>
            </w:r>
          </w:p>
        </w:tc>
      </w:tr>
    </w:tbl>
    <w:p w14:paraId="362263DF" w14:textId="77777777" w:rsidR="003D73AA" w:rsidRDefault="003D73AA">
      <w:pPr>
        <w:spacing w:after="720"/>
      </w:pPr>
    </w:p>
    <w:p w14:paraId="0782D778" w14:textId="77777777" w:rsidR="00E42F41" w:rsidRDefault="00E42F41">
      <w:pPr>
        <w:spacing w:before="120"/>
        <w:jc w:val="center"/>
        <w:rPr>
          <w:color w:val="666666"/>
          <w:sz w:val="16"/>
        </w:rPr>
      </w:pPr>
    </w:p>
    <w:p w14:paraId="68044479" w14:textId="77777777" w:rsidR="00E42F41" w:rsidRDefault="00E42F41">
      <w:pPr>
        <w:spacing w:before="120"/>
        <w:jc w:val="center"/>
        <w:rPr>
          <w:color w:val="666666"/>
          <w:sz w:val="16"/>
        </w:rPr>
      </w:pPr>
    </w:p>
    <w:p w14:paraId="1CF3EE82" w14:textId="77777777" w:rsidR="00E42F41" w:rsidRDefault="00E42F41">
      <w:pPr>
        <w:spacing w:before="120"/>
        <w:jc w:val="center"/>
        <w:rPr>
          <w:color w:val="666666"/>
          <w:sz w:val="16"/>
        </w:rPr>
      </w:pPr>
    </w:p>
    <w:p w14:paraId="218F1790" w14:textId="77777777" w:rsidR="00E42F41" w:rsidRDefault="00E42F41">
      <w:pPr>
        <w:spacing w:before="120"/>
        <w:jc w:val="center"/>
        <w:rPr>
          <w:color w:val="666666"/>
          <w:sz w:val="16"/>
        </w:rPr>
      </w:pPr>
    </w:p>
    <w:p w14:paraId="1FA349FD" w14:textId="77777777" w:rsidR="00E42F41" w:rsidRDefault="00E42F41" w:rsidP="0014499A">
      <w:pPr>
        <w:spacing w:before="120"/>
        <w:rPr>
          <w:color w:val="666666"/>
          <w:sz w:val="16"/>
        </w:rPr>
      </w:pPr>
    </w:p>
    <w:p w14:paraId="076F84F1" w14:textId="77777777" w:rsidR="0014499A" w:rsidRDefault="0014499A" w:rsidP="0014499A">
      <w:pPr>
        <w:spacing w:before="120"/>
        <w:rPr>
          <w:color w:val="666666"/>
          <w:sz w:val="16"/>
        </w:rPr>
      </w:pPr>
    </w:p>
    <w:p w14:paraId="5F9A6B73" w14:textId="77777777" w:rsidR="00E42F41" w:rsidRDefault="00E42F41">
      <w:pPr>
        <w:spacing w:before="120"/>
        <w:jc w:val="center"/>
        <w:rPr>
          <w:color w:val="666666"/>
          <w:sz w:val="16"/>
        </w:rPr>
      </w:pPr>
    </w:p>
    <w:p w14:paraId="524D847E" w14:textId="77777777" w:rsidR="00E42F41" w:rsidRDefault="00E42F41">
      <w:pPr>
        <w:spacing w:before="120"/>
        <w:jc w:val="center"/>
        <w:rPr>
          <w:color w:val="666666"/>
          <w:sz w:val="16"/>
        </w:rPr>
      </w:pPr>
    </w:p>
    <w:p w14:paraId="41A8436A" w14:textId="6E0628BC" w:rsidR="00D21FDB" w:rsidRDefault="003C0612" w:rsidP="00DE13B7">
      <w:pPr>
        <w:spacing w:before="120"/>
        <w:jc w:val="center"/>
      </w:pPr>
      <w:r>
        <w:rPr>
          <w:color w:val="666666"/>
          <w:sz w:val="16"/>
        </w:rPr>
        <w:t xml:space="preserve">Pictures by </w:t>
      </w:r>
      <w:hyperlink r:id="rId53">
        <w:proofErr w:type="spellStart"/>
        <w:r w:rsidR="003D73AA">
          <w:rPr>
            <w:b/>
            <w:color w:val="0645AD"/>
            <w:sz w:val="16"/>
          </w:rPr>
          <w:t>Claru</w:t>
        </w:r>
        <w:proofErr w:type="spellEnd"/>
      </w:hyperlink>
      <w:r>
        <w:rPr>
          <w:color w:val="666666"/>
          <w:sz w:val="16"/>
        </w:rPr>
        <w:t xml:space="preserve"> or in the public domain unless otherwise stated.</w:t>
      </w:r>
    </w:p>
    <w:sectPr w:rsidR="00D21FDB" w:rsidSect="00034616">
      <w:headerReference w:type="default" r:id="rId54"/>
      <w:footerReference w:type="default" r:id="rId55"/>
      <w:pgSz w:w="11909" w:h="16834"/>
      <w:pgMar w:top="1134" w:right="1134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95DB05" w14:textId="77777777" w:rsidR="00A36F35" w:rsidRDefault="00A36F35">
      <w:pPr>
        <w:spacing w:after="0" w:line="240" w:lineRule="auto"/>
      </w:pPr>
      <w:r>
        <w:separator/>
      </w:r>
    </w:p>
  </w:endnote>
  <w:endnote w:type="continuationSeparator" w:id="0">
    <w:p w14:paraId="45704867" w14:textId="77777777" w:rsidR="00A36F35" w:rsidRDefault="00A36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tkinson Hyperlegible">
    <w:altName w:val="Calibri"/>
    <w:charset w:val="00"/>
    <w:family w:val="auto"/>
    <w:pitch w:val="variable"/>
    <w:sig w:usb0="800000EF" w:usb1="0000204B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Lexend Deca">
    <w:altName w:val="Calibri"/>
    <w:charset w:val="00"/>
    <w:family w:val="auto"/>
    <w:pitch w:val="variable"/>
    <w:sig w:usb0="A00000FF" w:usb1="4000205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7C645" w14:textId="77777777" w:rsidR="003D73AA" w:rsidRDefault="003C0612">
    <w:pPr>
      <w:jc w:val="center"/>
    </w:pPr>
    <w:r>
      <w:rPr>
        <w:sz w:val="28"/>
      </w:rPr>
      <w:t xml:space="preserve">Page </w:t>
    </w:r>
    <w:r>
      <w:rPr>
        <w:b/>
        <w:color w:val="FFFFFF"/>
        <w:sz w:val="28"/>
        <w:shd w:val="clear" w:color="auto" w:fill="572932"/>
      </w:rPr>
      <w:t xml:space="preserve"> </w:t>
    </w:r>
    <w:r>
      <w:rPr>
        <w:b/>
        <w:color w:val="FFFFFF"/>
        <w:sz w:val="28"/>
        <w:shd w:val="clear" w:color="auto" w:fill="572932"/>
      </w:rPr>
      <w:fldChar w:fldCharType="begin"/>
    </w:r>
    <w:r>
      <w:rPr>
        <w:b/>
        <w:color w:val="FFFFFF"/>
        <w:sz w:val="28"/>
        <w:shd w:val="clear" w:color="auto" w:fill="572932"/>
      </w:rPr>
      <w:instrText xml:space="preserve"> PAGE </w:instrText>
    </w:r>
    <w:r>
      <w:rPr>
        <w:b/>
        <w:color w:val="FFFFFF"/>
        <w:sz w:val="28"/>
        <w:shd w:val="clear" w:color="auto" w:fill="572932"/>
      </w:rPr>
      <w:fldChar w:fldCharType="separate"/>
    </w:r>
    <w:r>
      <w:rPr>
        <w:b/>
        <w:color w:val="FFFFFF"/>
        <w:sz w:val="28"/>
        <w:shd w:val="clear" w:color="auto" w:fill="572932"/>
      </w:rPr>
      <w:t>1</w:t>
    </w:r>
    <w:r>
      <w:rPr>
        <w:b/>
        <w:color w:val="FFFFFF"/>
        <w:sz w:val="28"/>
        <w:shd w:val="clear" w:color="auto" w:fill="572932"/>
      </w:rPr>
      <w:fldChar w:fldCharType="end"/>
    </w:r>
    <w:r>
      <w:rPr>
        <w:b/>
        <w:color w:val="FFFFFF"/>
        <w:sz w:val="28"/>
        <w:shd w:val="clear" w:color="auto" w:fill="572932"/>
      </w:rPr>
      <w:t xml:space="preserve"> </w:t>
    </w:r>
    <w:r>
      <w:rPr>
        <w:sz w:val="28"/>
      </w:rPr>
      <w:t xml:space="preserve"> of </w:t>
    </w:r>
    <w:r>
      <w:rPr>
        <w:b/>
        <w:sz w:val="28"/>
      </w:rPr>
      <w:fldChar w:fldCharType="begin"/>
    </w:r>
    <w:r>
      <w:rPr>
        <w:b/>
        <w:sz w:val="28"/>
      </w:rPr>
      <w:instrText xml:space="preserve"> NUMPAGES </w:instrText>
    </w:r>
    <w:r>
      <w:rPr>
        <w:b/>
        <w:sz w:val="28"/>
      </w:rPr>
      <w:fldChar w:fldCharType="separate"/>
    </w:r>
    <w:r>
      <w:rPr>
        <w:b/>
        <w:sz w:val="28"/>
      </w:rPr>
      <w:t>1</w:t>
    </w:r>
    <w:r>
      <w:rPr>
        <w:b/>
        <w:sz w:val="28"/>
      </w:rPr>
      <w:fldChar w:fldCharType="end"/>
    </w: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0" wp14:anchorId="33F81035" wp14:editId="4E92824B">
              <wp:simplePos x="0" y="0"/>
              <wp:positionH relativeFrom="page">
                <wp:posOffset>0</wp:posOffset>
              </wp:positionH>
              <wp:positionV relativeFrom="page">
                <wp:posOffset>10615800</wp:posOffset>
              </wp:positionV>
              <wp:extent cx="7560000" cy="76200"/>
              <wp:effectExtent l="0" t="0" r="0" b="0"/>
              <wp:wrapNone/>
              <wp:docPr id="50001" name="Band5000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6200"/>
                      </a:xfrm>
                      <a:prstGeom prst="rect">
                        <a:avLst/>
                      </a:prstGeom>
                      <a:solidFill>
                        <a:srgbClr val="572932"/>
                      </a:solidFill>
                      <a:ln>
                        <a:no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6B5F92AA" id="Band50001" o:spid="_x0000_s1026" style="position:absolute;margin-left:0;margin-top:835.9pt;width:595.3pt;height:6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" o:allowoverlap="f" fillcolor="#572932" stroked="f"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435FA" w14:textId="77777777" w:rsidR="00A36F35" w:rsidRDefault="00A36F35">
      <w:pPr>
        <w:spacing w:after="0" w:line="240" w:lineRule="auto"/>
      </w:pPr>
      <w:r>
        <w:separator/>
      </w:r>
    </w:p>
  </w:footnote>
  <w:footnote w:type="continuationSeparator" w:id="0">
    <w:p w14:paraId="34E3FB74" w14:textId="77777777" w:rsidR="00A36F35" w:rsidRDefault="00A36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FB6AC" w14:textId="77777777" w:rsidR="003D73AA" w:rsidRDefault="003C0612">
    <w:pPr>
      <w:spacing w:after="0" w:line="20" w:lineRule="exact"/>
    </w:pP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0" wp14:anchorId="610C2DE3" wp14:editId="2B493EB9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14300"/>
              <wp:effectExtent l="0" t="0" r="0" b="0"/>
              <wp:wrapNone/>
              <wp:docPr id="50000" name="Band500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114300"/>
                      </a:xfrm>
                      <a:prstGeom prst="rect">
                        <a:avLst/>
                      </a:prstGeom>
                      <a:solidFill>
                        <a:srgbClr val="572932"/>
                      </a:solidFill>
                      <a:ln>
                        <a:no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0C6A6D63" id="Band50000" o:spid="_x0000_s1026" style="position:absolute;margin-left:0;margin-top:0;width:595.3pt;height:9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" o:allowoverlap="f" fillcolor="#572932" stroked="f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7A65F2B"/>
    <w:multiLevelType w:val="hybridMultilevel"/>
    <w:tmpl w:val="EAAC6C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2426954">
    <w:abstractNumId w:val="8"/>
  </w:num>
  <w:num w:numId="2" w16cid:durableId="1529904140">
    <w:abstractNumId w:val="6"/>
  </w:num>
  <w:num w:numId="3" w16cid:durableId="709302152">
    <w:abstractNumId w:val="5"/>
  </w:num>
  <w:num w:numId="4" w16cid:durableId="1794248198">
    <w:abstractNumId w:val="4"/>
  </w:num>
  <w:num w:numId="5" w16cid:durableId="1103840224">
    <w:abstractNumId w:val="7"/>
  </w:num>
  <w:num w:numId="6" w16cid:durableId="1451167559">
    <w:abstractNumId w:val="3"/>
  </w:num>
  <w:num w:numId="7" w16cid:durableId="671489259">
    <w:abstractNumId w:val="2"/>
  </w:num>
  <w:num w:numId="8" w16cid:durableId="596139754">
    <w:abstractNumId w:val="1"/>
  </w:num>
  <w:num w:numId="9" w16cid:durableId="806508115">
    <w:abstractNumId w:val="0"/>
  </w:num>
  <w:num w:numId="10" w16cid:durableId="83900715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3D67"/>
    <w:rsid w:val="000B2370"/>
    <w:rsid w:val="000F727D"/>
    <w:rsid w:val="00126356"/>
    <w:rsid w:val="0014499A"/>
    <w:rsid w:val="0015074B"/>
    <w:rsid w:val="00182929"/>
    <w:rsid w:val="001F0FB3"/>
    <w:rsid w:val="001F7E71"/>
    <w:rsid w:val="00204D39"/>
    <w:rsid w:val="00232FFA"/>
    <w:rsid w:val="0029639D"/>
    <w:rsid w:val="002D33FD"/>
    <w:rsid w:val="00305F25"/>
    <w:rsid w:val="00326F90"/>
    <w:rsid w:val="003C0612"/>
    <w:rsid w:val="003D6B78"/>
    <w:rsid w:val="003D73AA"/>
    <w:rsid w:val="003E6542"/>
    <w:rsid w:val="0041600B"/>
    <w:rsid w:val="00481995"/>
    <w:rsid w:val="004E52E2"/>
    <w:rsid w:val="006345B4"/>
    <w:rsid w:val="00643617"/>
    <w:rsid w:val="00681181"/>
    <w:rsid w:val="00692F66"/>
    <w:rsid w:val="006A2AAD"/>
    <w:rsid w:val="006D48A1"/>
    <w:rsid w:val="00717CB7"/>
    <w:rsid w:val="00725304"/>
    <w:rsid w:val="007F3F81"/>
    <w:rsid w:val="00943541"/>
    <w:rsid w:val="00955592"/>
    <w:rsid w:val="00956321"/>
    <w:rsid w:val="009804E7"/>
    <w:rsid w:val="009910D2"/>
    <w:rsid w:val="009935CE"/>
    <w:rsid w:val="00A36F35"/>
    <w:rsid w:val="00A538B4"/>
    <w:rsid w:val="00A84AA4"/>
    <w:rsid w:val="00AA1D8D"/>
    <w:rsid w:val="00AB0A31"/>
    <w:rsid w:val="00AE034E"/>
    <w:rsid w:val="00B170C6"/>
    <w:rsid w:val="00B47730"/>
    <w:rsid w:val="00B757A1"/>
    <w:rsid w:val="00B77FDA"/>
    <w:rsid w:val="00BA341D"/>
    <w:rsid w:val="00C02ADE"/>
    <w:rsid w:val="00C07910"/>
    <w:rsid w:val="00C74842"/>
    <w:rsid w:val="00CB0664"/>
    <w:rsid w:val="00CB502C"/>
    <w:rsid w:val="00CB7C0C"/>
    <w:rsid w:val="00D21FDB"/>
    <w:rsid w:val="00D57448"/>
    <w:rsid w:val="00DE13B7"/>
    <w:rsid w:val="00E42F41"/>
    <w:rsid w:val="00E54B7B"/>
    <w:rsid w:val="00EC42A2"/>
    <w:rsid w:val="00FC46B3"/>
    <w:rsid w:val="00FC693F"/>
    <w:rsid w:val="00FF3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F751E27"/>
  <w14:defaultImageDpi w14:val="330"/>
  <w15:docId w15:val="{E79F0B97-7E60-436C-B3FA-1EC9485D4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tkinson Hyperlegible" w:hAnsi="Atkinson Hyperlegibl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verTitle">
    <w:name w:val="Cover Title"/>
    <w:pPr>
      <w:spacing w:after="400"/>
      <w:jc w:val="center"/>
      <w:outlineLvl w:val="0"/>
    </w:pPr>
    <w:rPr>
      <w:rFonts w:ascii="Lexend Deca" w:hAnsi="Lexend Deca"/>
      <w:b/>
      <w:color w:val="572932"/>
      <w:sz w:val="56"/>
    </w:rPr>
  </w:style>
  <w:style w:type="paragraph" w:customStyle="1" w:styleId="SectionHeading">
    <w:name w:val="Section Heading"/>
    <w:pPr>
      <w:keepNext/>
      <w:spacing w:before="200" w:after="280" w:line="680" w:lineRule="exact"/>
      <w:outlineLvl w:val="1"/>
    </w:pPr>
    <w:rPr>
      <w:rFonts w:ascii="Lexend Deca" w:hAnsi="Lexend Deca"/>
      <w:b/>
      <w:color w:val="572932"/>
      <w:sz w:val="48"/>
    </w:rPr>
  </w:style>
  <w:style w:type="paragraph" w:customStyle="1" w:styleId="EasyReadSubheading">
    <w:name w:val="Easy Read Subheading"/>
    <w:pPr>
      <w:spacing w:before="160" w:after="160"/>
      <w:outlineLvl w:val="2"/>
    </w:pPr>
    <w:rPr>
      <w:rFonts w:ascii="Atkinson Hyperlegible" w:hAnsi="Atkinson Hyperlegible"/>
      <w:b/>
      <w:sz w:val="44"/>
    </w:rPr>
  </w:style>
  <w:style w:type="paragraph" w:customStyle="1" w:styleId="EasyReadBody">
    <w:name w:val="Easy Read Body"/>
    <w:pPr>
      <w:spacing w:after="240" w:line="360" w:lineRule="auto"/>
    </w:pPr>
    <w:rPr>
      <w:rFonts w:ascii="Atkinson Hyperlegible" w:hAnsi="Atkinson Hyperlegible"/>
      <w:sz w:val="36"/>
    </w:rPr>
  </w:style>
  <w:style w:type="paragraph" w:customStyle="1" w:styleId="EasyReadBullet">
    <w:name w:val="Easy Read Bullet"/>
    <w:basedOn w:val="ListBullet"/>
    <w:pPr>
      <w:spacing w:after="160" w:line="360" w:lineRule="auto"/>
    </w:pPr>
    <w:rPr>
      <w:sz w:val="36"/>
    </w:rPr>
  </w:style>
  <w:style w:type="paragraph" w:customStyle="1" w:styleId="PlainEnglishBullet">
    <w:name w:val="Plain English Bullet"/>
    <w:basedOn w:val="ListBullet"/>
    <w:pPr>
      <w:spacing w:after="160" w:line="360" w:lineRule="auto"/>
      <w:ind w:right="340"/>
    </w:pPr>
    <w:rPr>
      <w:color w:val="000000"/>
      <w:sz w:val="28"/>
    </w:rPr>
  </w:style>
  <w:style w:type="paragraph" w:customStyle="1" w:styleId="FooterText">
    <w:name w:val="Footer Text"/>
    <w:pPr>
      <w:jc w:val="center"/>
    </w:pPr>
    <w:rPr>
      <w:rFonts w:ascii="Atkinson Hyperlegible" w:hAnsi="Atkinson Hyperlegible"/>
      <w:sz w:val="20"/>
    </w:rPr>
  </w:style>
  <w:style w:type="paragraph" w:customStyle="1" w:styleId="PlainEnglishBody">
    <w:name w:val="Plain English Body"/>
    <w:pPr>
      <w:spacing w:after="240" w:line="360" w:lineRule="auto"/>
      <w:ind w:right="340"/>
    </w:pPr>
    <w:rPr>
      <w:rFonts w:ascii="Atkinson Hyperlegible" w:hAnsi="Atkinson Hyperlegible"/>
      <w:color w:val="000000"/>
      <w:sz w:val="28"/>
    </w:rPr>
  </w:style>
  <w:style w:type="paragraph" w:customStyle="1" w:styleId="PlainEnglishHeading">
    <w:name w:val="Plain English Heading"/>
    <w:pPr>
      <w:keepNext/>
      <w:spacing w:before="320"/>
      <w:ind w:right="340"/>
      <w:outlineLvl w:val="1"/>
    </w:pPr>
    <w:rPr>
      <w:rFonts w:ascii="Lexend Deca" w:hAnsi="Lexend Deca"/>
      <w:b/>
      <w:color w:val="572932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g"/><Relationship Id="rId18" Type="http://schemas.openxmlformats.org/officeDocument/2006/relationships/image" Target="media/image11.jpg"/><Relationship Id="rId26" Type="http://schemas.openxmlformats.org/officeDocument/2006/relationships/image" Target="media/image19.jpg"/><Relationship Id="rId39" Type="http://schemas.openxmlformats.org/officeDocument/2006/relationships/image" Target="media/image32.jpg"/><Relationship Id="rId21" Type="http://schemas.openxmlformats.org/officeDocument/2006/relationships/image" Target="media/image14.jpg"/><Relationship Id="rId34" Type="http://schemas.openxmlformats.org/officeDocument/2006/relationships/image" Target="media/image27.jpg"/><Relationship Id="rId42" Type="http://schemas.openxmlformats.org/officeDocument/2006/relationships/image" Target="media/image35.jpg"/><Relationship Id="rId47" Type="http://schemas.openxmlformats.org/officeDocument/2006/relationships/image" Target="media/image39.jpg"/><Relationship Id="rId50" Type="http://schemas.openxmlformats.org/officeDocument/2006/relationships/image" Target="media/image42.jpg"/><Relationship Id="rId55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9" Type="http://schemas.openxmlformats.org/officeDocument/2006/relationships/image" Target="media/image22.jpg"/><Relationship Id="rId11" Type="http://schemas.openxmlformats.org/officeDocument/2006/relationships/image" Target="media/image4.jpg"/><Relationship Id="rId24" Type="http://schemas.openxmlformats.org/officeDocument/2006/relationships/image" Target="media/image17.jpg"/><Relationship Id="rId32" Type="http://schemas.openxmlformats.org/officeDocument/2006/relationships/image" Target="media/image25.jpg"/><Relationship Id="rId37" Type="http://schemas.openxmlformats.org/officeDocument/2006/relationships/image" Target="media/image30.jpg"/><Relationship Id="rId40" Type="http://schemas.openxmlformats.org/officeDocument/2006/relationships/image" Target="media/image33.jpg"/><Relationship Id="rId45" Type="http://schemas.openxmlformats.org/officeDocument/2006/relationships/image" Target="media/image38.jpg"/><Relationship Id="rId53" Type="http://schemas.openxmlformats.org/officeDocument/2006/relationships/hyperlink" Target="https://claru.co.uk/image-licensing" TargetMode="External"/><Relationship Id="rId58" Type="http://schemas.openxmlformats.org/officeDocument/2006/relationships/customXml" Target="../customXml/item2.xml"/><Relationship Id="rId5" Type="http://schemas.openxmlformats.org/officeDocument/2006/relationships/webSettings" Target="webSettings.xml"/><Relationship Id="rId19" Type="http://schemas.openxmlformats.org/officeDocument/2006/relationships/image" Target="media/image12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Relationship Id="rId22" Type="http://schemas.openxmlformats.org/officeDocument/2006/relationships/image" Target="media/image15.jpg"/><Relationship Id="rId27" Type="http://schemas.openxmlformats.org/officeDocument/2006/relationships/image" Target="media/image20.jpg"/><Relationship Id="rId30" Type="http://schemas.openxmlformats.org/officeDocument/2006/relationships/image" Target="media/image23.jpg"/><Relationship Id="rId35" Type="http://schemas.openxmlformats.org/officeDocument/2006/relationships/image" Target="media/image28.jpg"/><Relationship Id="rId43" Type="http://schemas.openxmlformats.org/officeDocument/2006/relationships/image" Target="media/image36.jpg"/><Relationship Id="rId48" Type="http://schemas.openxmlformats.org/officeDocument/2006/relationships/image" Target="media/image40.jpg"/><Relationship Id="rId56" Type="http://schemas.openxmlformats.org/officeDocument/2006/relationships/fontTable" Target="fontTable.xml"/><Relationship Id="rId8" Type="http://schemas.openxmlformats.org/officeDocument/2006/relationships/image" Target="media/image1.png"/><Relationship Id="rId51" Type="http://schemas.openxmlformats.org/officeDocument/2006/relationships/image" Target="media/image43.png"/><Relationship Id="rId3" Type="http://schemas.openxmlformats.org/officeDocument/2006/relationships/styles" Target="styles.xml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25" Type="http://schemas.openxmlformats.org/officeDocument/2006/relationships/image" Target="media/image18.jpg"/><Relationship Id="rId33" Type="http://schemas.openxmlformats.org/officeDocument/2006/relationships/image" Target="media/image26.jpg"/><Relationship Id="rId38" Type="http://schemas.openxmlformats.org/officeDocument/2006/relationships/image" Target="media/image31.jpg"/><Relationship Id="rId46" Type="http://schemas.openxmlformats.org/officeDocument/2006/relationships/hyperlink" Target="https://www.spso.org.uk" TargetMode="External"/><Relationship Id="rId59" Type="http://schemas.openxmlformats.org/officeDocument/2006/relationships/customXml" Target="../customXml/item3.xml"/><Relationship Id="rId20" Type="http://schemas.openxmlformats.org/officeDocument/2006/relationships/image" Target="media/image13.jpg"/><Relationship Id="rId41" Type="http://schemas.openxmlformats.org/officeDocument/2006/relationships/image" Target="media/image34.jpg"/><Relationship Id="rId54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jpg"/><Relationship Id="rId23" Type="http://schemas.openxmlformats.org/officeDocument/2006/relationships/image" Target="media/image16.jpg"/><Relationship Id="rId28" Type="http://schemas.openxmlformats.org/officeDocument/2006/relationships/image" Target="media/image21.jpg"/><Relationship Id="rId36" Type="http://schemas.openxmlformats.org/officeDocument/2006/relationships/image" Target="media/image29.jpg"/><Relationship Id="rId49" Type="http://schemas.openxmlformats.org/officeDocument/2006/relationships/image" Target="media/image41.jpg"/><Relationship Id="rId57" Type="http://schemas.openxmlformats.org/officeDocument/2006/relationships/theme" Target="theme/theme1.xml"/><Relationship Id="rId10" Type="http://schemas.openxmlformats.org/officeDocument/2006/relationships/image" Target="media/image3.jpg"/><Relationship Id="rId31" Type="http://schemas.openxmlformats.org/officeDocument/2006/relationships/image" Target="media/image24.jpg"/><Relationship Id="rId44" Type="http://schemas.openxmlformats.org/officeDocument/2006/relationships/image" Target="media/image37.jpg"/><Relationship Id="rId52" Type="http://schemas.openxmlformats.org/officeDocument/2006/relationships/image" Target="media/image44.jpg"/><Relationship Id="rId60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8C8CDF6D33914088D5367F485AEE49" ma:contentTypeVersion="4" ma:contentTypeDescription="Create a new document." ma:contentTypeScope="" ma:versionID="e8c397117b1837ab5bed5e15deee4431">
  <xsd:schema xmlns:xsd="http://www.w3.org/2001/XMLSchema" xmlns:xs="http://www.w3.org/2001/XMLSchema" xmlns:p="http://schemas.microsoft.com/office/2006/metadata/properties" xmlns:ns2="0ba0ee1f-c016-42ee-b8c6-0fde4e3c6645" targetNamespace="http://schemas.microsoft.com/office/2006/metadata/properties" ma:root="true" ma:fieldsID="879ec07a1d486682afc3b12d08f83d7c" ns2:_="">
    <xsd:import namespace="0ba0ee1f-c016-42ee-b8c6-0fde4e3c66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a0ee1f-c016-42ee-b8c6-0fde4e3c66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9ADFB75-BF95-439E-9726-09B67D80142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6287F5D-1A71-43EC-A705-BEEF7B835487}"/>
</file>

<file path=customXml/itemProps3.xml><?xml version="1.0" encoding="utf-8"?>
<ds:datastoreItem xmlns:ds="http://schemas.openxmlformats.org/officeDocument/2006/customXml" ds:itemID="{282FDDF7-4C23-4B9C-9A38-9EC1860A38E9}"/>
</file>

<file path=customXml/itemProps4.xml><?xml version="1.0" encoding="utf-8"?>
<ds:datastoreItem xmlns:ds="http://schemas.openxmlformats.org/officeDocument/2006/customXml" ds:itemID="{6506625F-BAE3-4B21-AEAA-015A9A42D2E8}"/>
</file>

<file path=docMetadata/LabelInfo.xml><?xml version="1.0" encoding="utf-8"?>
<clbl:labelList xmlns:clbl="http://schemas.microsoft.com/office/2020/mipLabelMetadata">
  <clbl:label id="{ca0452ff-490b-4e36-85c4-c3405a8330e9}" enabled="1" method="Privileged" siteId="{87d48f5f-7eb6-48dd-b269-dae3dea931b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17</Pages>
  <Words>520</Words>
  <Characters>2970</Characters>
  <Application>Microsoft Office Word</Application>
  <DocSecurity>0</DocSecurity>
  <Lines>24</Lines>
  <Paragraphs>6</Paragraphs>
  <ScaleCrop>false</ScaleCrop>
  <Manager/>
  <Company/>
  <LinksUpToDate>false</LinksUpToDate>
  <CharactersWithSpaces>3484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Robertson, Louise</cp:lastModifiedBy>
  <cp:revision>18</cp:revision>
  <dcterms:created xsi:type="dcterms:W3CDTF">2026-10-23T08:45:00Z</dcterms:created>
  <dcterms:modified xsi:type="dcterms:W3CDTF">2026-10-23T11:54:00Z</dcterms:modified>
  <cp:category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d63df55f-741a-4c8b-9711-9cd639a5ea20</vt:lpwstr>
  </property>
  <property fmtid="{D5CDD505-2E9C-101B-9397-08002B2CF9AE}" pid="3" name="ContentTypeId">
    <vt:lpwstr>0x010100E38C8CDF6D33914088D5367F485AEE49</vt:lpwstr>
  </property>
  <property fmtid="{D5CDD505-2E9C-101B-9397-08002B2CF9AE}" pid="5" name="docLang">
    <vt:lpwstr>en</vt:lpwstr>
  </property>
</Properties>
</file>